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2 - CARTA DE PRESENTACIÓN DE LA OFERTA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931"/>
        <w:gridCol w:w="1600"/>
        <w:gridCol w:w="2329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Señores</w:t>
        <w:br/>
        <w:t>EMPRESA PÚBLICA LA PERLA DEL SINÚ S.A.S. E.S.P.</w:t>
        <w:br/>
        <w:t>Montería, Córdoba</w:t>
      </w:r>
    </w:p>
    <w:p>
      <w:pPr>
        <w:jc w:val="both"/>
      </w:pPr>
      <w:r>
        <w:rPr>
          <w:rFonts w:ascii="Aptos" w:hAnsi="Aptos"/>
          <w:b/>
          <w:i w:val="0"/>
          <w:color w:val="163A3A"/>
          <w:sz w:val="18"/>
        </w:rPr>
        <w:t>Referencia:</w:t>
      </w:r>
      <w:r>
        <w:rPr>
          <w:rFonts w:ascii="Aptos" w:hAnsi="Aptos"/>
          <w:b w:val="0"/>
          <w:i w:val="0"/>
          <w:color w:val="1F2937"/>
          <w:sz w:val="18"/>
        </w:rPr>
        <w:t xml:space="preserve"> INVITACIÓN PÚBLICA No. [DILIGENCIAR POR LA ENTIDAD]</w:t>
      </w: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Yo, [NOMBRE], identificado(a) con [TIPO Y NÚMERO DE DOCUMENTO], actuando [EN NOMBRE PROPIO / COMO REPRESENTANTE LEGAL / COMO REPRESENTANTE DEL PROPONENTE PLURAL] de [PROPONENTE], presento oferta dentro del proceso de la referencia y manifiesto bajo la gravedad de juramento: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Conozco y acepto los documentos del proceso, sus anexos, aclaraciones y adendas, y tuve oportunidad de formular observaciones.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Cuento con facultades suficientes para presentar la oferta y, si resulta seleccionada, suscribir y ejecutar el contrato; adjunto las autorizaciones que correspondan.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oferta cumple los requisitos jurídicos, técnicos, financieros y económicos; sus documentos son auténticos, verificables y fueron expedidos por personas competentes.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No me encuentro, ni el proponente o sus integrantes se encuentran, incursos en inhabilidad, incompatibilidad, prohibición o conflicto de interés no revelado que impida participar o contratar.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El proponente y el equipo conservan independencia frente a los contratistas vigilados, sus matrices, subordinadas, beneficiarios finales, administradores y vinculados; cualquier relación relevante se informa en documento separado.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oferta económica incorpora costos directos e indirectos, tributos, personal, herramientas, desplazamientos, seguros y demás erogaciones ordinarias, sin incluir reajustes futuros distintos de los previstos en el contrato.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Mantendré la oferta durante el plazo de validez definido en los términos y suscribiré el contrato, constituiré las garantías y aportaré los documentos exigidos dentro de los plazos establecidos.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Estoy al día en las obligaciones de seguridad social integral y aportes legales cuando resulten aplicables, conforme al Anexo 5.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Autorizaré la verificación de la información suministrada y atenderé oportunamente las solicitudes de aclaración o subsanación que legal y contractualmente procedan.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Conozco que la presentación de información falsa, inexacta u ocultada puede generar rechazo, terminación, sanciones y las demás consecuencias previstas en el ordenamiento y en los documentos del proceso.</w:t>
      </w:r>
    </w:p>
    <w:p>
      <w:pPr>
        <w:pStyle w:val="Heading1"/>
        <w:keepNext/>
      </w:pPr>
      <w:r>
        <w:t>Canal para comunicaciones y notificaciones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6760"/>
      </w:tblGrid>
      <w:tr>
        <w:trPr>
          <w:cantSplit/>
          <w:tblHeader w:val="true"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Información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Persona de contacto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Dirección física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Correo electrónico autorizado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Teléfono / celular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Ciudad / país</w:t>
            </w:r>
          </w:p>
        </w:tc>
        <w:tc>
          <w:tcPr>
            <w:tcW w:type="dxa" w:w="67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2 - CARTA DE PRESENTACIÓN DE LA OFERTA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