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81EA8" w14:textId="77777777" w:rsidR="00E40AB1" w:rsidRDefault="00585EEB">
      <w:pPr>
        <w:spacing w:after="40"/>
        <w:jc w:val="center"/>
      </w:pPr>
      <w:r>
        <w:rPr>
          <w:b/>
          <w:color w:val="163A3A"/>
          <w:sz w:val="34"/>
        </w:rPr>
        <w:t>ANEXO 8 - EXPERIENCIA ADICIONAL DEL EQUIPO - OFERTA TÉCNICA</w:t>
      </w:r>
    </w:p>
    <w:p w14:paraId="0A6CEFCC" w14:textId="77777777" w:rsidR="00E40AB1" w:rsidRDefault="00585EEB">
      <w:pPr>
        <w:spacing w:after="180"/>
        <w:jc w:val="center"/>
      </w:pPr>
      <w:r>
        <w:rPr>
          <w:b/>
          <w:color w:val="52716F"/>
          <w:sz w:val="21"/>
        </w:rPr>
        <w:t>Contrato de consultoría para la interventoría integral del sector energético</w:t>
      </w:r>
    </w:p>
    <w:tbl>
      <w:tblPr>
        <w:tblStyle w:val="Tablaconcuadrcula"/>
        <w:tblW w:w="14112" w:type="dxa"/>
        <w:jc w:val="center"/>
        <w:tblLayout w:type="fixed"/>
        <w:tblLook w:val="04A0" w:firstRow="1" w:lastRow="0" w:firstColumn="1" w:lastColumn="0" w:noHBand="0" w:noVBand="1"/>
      </w:tblPr>
      <w:tblGrid>
        <w:gridCol w:w="1500"/>
        <w:gridCol w:w="5927"/>
        <w:gridCol w:w="1600"/>
        <w:gridCol w:w="5085"/>
      </w:tblGrid>
      <w:tr w:rsidR="00E40AB1" w14:paraId="284D34CF" w14:textId="77777777">
        <w:trPr>
          <w:cantSplit/>
          <w:jc w:val="center"/>
        </w:trPr>
        <w:tc>
          <w:tcPr>
            <w:tcW w:w="1500" w:type="dxa"/>
            <w:shd w:val="clear" w:color="auto" w:fill="E8EEF0"/>
            <w:tcMar>
              <w:top w:w="80" w:type="dxa"/>
              <w:left w:w="110" w:type="dxa"/>
              <w:bottom w:w="80" w:type="dxa"/>
              <w:right w:w="110" w:type="dxa"/>
            </w:tcMar>
            <w:vAlign w:val="center"/>
          </w:tcPr>
          <w:p w14:paraId="103813A5" w14:textId="77777777" w:rsidR="00E40AB1" w:rsidRDefault="00585EEB">
            <w:pPr>
              <w:spacing w:after="0" w:line="240" w:lineRule="auto"/>
            </w:pPr>
            <w:r>
              <w:rPr>
                <w:b/>
                <w:color w:val="163A3A"/>
                <w:sz w:val="16"/>
              </w:rPr>
              <w:t>Entidad</w:t>
            </w:r>
          </w:p>
        </w:tc>
        <w:tc>
          <w:tcPr>
            <w:tcW w:w="5927" w:type="dxa"/>
            <w:shd w:val="clear" w:color="auto" w:fill="E8EEF0"/>
            <w:tcMar>
              <w:top w:w="80" w:type="dxa"/>
              <w:left w:w="110" w:type="dxa"/>
              <w:bottom w:w="80" w:type="dxa"/>
              <w:right w:w="110" w:type="dxa"/>
            </w:tcMar>
            <w:vAlign w:val="center"/>
          </w:tcPr>
          <w:p w14:paraId="52564CB3" w14:textId="77777777" w:rsidR="00E40AB1" w:rsidRDefault="00585EEB">
            <w:pPr>
              <w:spacing w:after="0" w:line="240" w:lineRule="auto"/>
            </w:pPr>
            <w:r>
              <w:rPr>
                <w:sz w:val="16"/>
              </w:rPr>
              <w:t>EMPRESA PÚBLICA LA PERLA DEL SINÚ S.A.S. E.S.P.</w:t>
            </w:r>
          </w:p>
        </w:tc>
        <w:tc>
          <w:tcPr>
            <w:tcW w:w="1600" w:type="dxa"/>
            <w:shd w:val="clear" w:color="auto" w:fill="E8EEF0"/>
            <w:tcMar>
              <w:top w:w="80" w:type="dxa"/>
              <w:left w:w="110" w:type="dxa"/>
              <w:bottom w:w="80" w:type="dxa"/>
              <w:right w:w="110" w:type="dxa"/>
            </w:tcMar>
            <w:vAlign w:val="center"/>
          </w:tcPr>
          <w:p w14:paraId="53C94BDD" w14:textId="77777777" w:rsidR="00E40AB1" w:rsidRDefault="00585EEB">
            <w:pPr>
              <w:spacing w:after="0" w:line="240" w:lineRule="auto"/>
            </w:pPr>
            <w:r>
              <w:rPr>
                <w:b/>
                <w:color w:val="163A3A"/>
                <w:sz w:val="16"/>
              </w:rPr>
              <w:t>Proceso</w:t>
            </w:r>
          </w:p>
        </w:tc>
        <w:tc>
          <w:tcPr>
            <w:tcW w:w="5085" w:type="dxa"/>
            <w:shd w:val="clear" w:color="auto" w:fill="E8EEF0"/>
            <w:tcMar>
              <w:top w:w="80" w:type="dxa"/>
              <w:left w:w="110" w:type="dxa"/>
              <w:bottom w:w="80" w:type="dxa"/>
              <w:right w:w="110" w:type="dxa"/>
            </w:tcMar>
            <w:vAlign w:val="center"/>
          </w:tcPr>
          <w:p w14:paraId="6C703925" w14:textId="77777777" w:rsidR="00E40AB1" w:rsidRDefault="00585EEB">
            <w:pPr>
              <w:spacing w:after="0" w:line="240" w:lineRule="auto"/>
            </w:pPr>
            <w:r>
              <w:rPr>
                <w:sz w:val="16"/>
              </w:rPr>
              <w:t>INVITACIÓN PÚBLICA No. [DILIGENCIAR POR LA ENTIDAD]</w:t>
            </w:r>
          </w:p>
        </w:tc>
      </w:tr>
      <w:tr w:rsidR="00E40AB1" w14:paraId="150385EA" w14:textId="77777777">
        <w:trPr>
          <w:cantSplit/>
          <w:jc w:val="center"/>
        </w:trPr>
        <w:tc>
          <w:tcPr>
            <w:tcW w:w="1500" w:type="dxa"/>
            <w:shd w:val="clear" w:color="auto" w:fill="E8EEF0"/>
            <w:tcMar>
              <w:top w:w="80" w:type="dxa"/>
              <w:left w:w="110" w:type="dxa"/>
              <w:bottom w:w="80" w:type="dxa"/>
              <w:right w:w="110" w:type="dxa"/>
            </w:tcMar>
            <w:vAlign w:val="center"/>
          </w:tcPr>
          <w:p w14:paraId="34EFA01F" w14:textId="77777777" w:rsidR="00E40AB1" w:rsidRDefault="00585EEB">
            <w:pPr>
              <w:spacing w:after="0" w:line="240" w:lineRule="auto"/>
            </w:pPr>
            <w:r>
              <w:rPr>
                <w:b/>
                <w:color w:val="163A3A"/>
                <w:sz w:val="16"/>
              </w:rPr>
              <w:t>Objeto</w:t>
            </w:r>
          </w:p>
        </w:tc>
        <w:tc>
          <w:tcPr>
            <w:tcW w:w="5927" w:type="dxa"/>
            <w:shd w:val="clear" w:color="auto" w:fill="E8EEF0"/>
            <w:tcMar>
              <w:top w:w="80" w:type="dxa"/>
              <w:left w:w="110" w:type="dxa"/>
              <w:bottom w:w="80" w:type="dxa"/>
              <w:right w:w="110" w:type="dxa"/>
            </w:tcMar>
            <w:vAlign w:val="center"/>
          </w:tcPr>
          <w:p w14:paraId="67DEA492" w14:textId="77777777" w:rsidR="00E40AB1" w:rsidRDefault="00585EEB">
            <w:pPr>
              <w:spacing w:after="0" w:line="240" w:lineRule="auto"/>
            </w:pPr>
            <w:r>
              <w:rPr>
                <w:sz w:val="16"/>
              </w:rPr>
              <w:t>Realizar la interventoría integral técnica, administrativa y financiera a los contratos de transición energética del Municipio de Montería.</w:t>
            </w:r>
          </w:p>
        </w:tc>
        <w:tc>
          <w:tcPr>
            <w:tcW w:w="1600" w:type="dxa"/>
            <w:shd w:val="clear" w:color="auto" w:fill="E8EEF0"/>
            <w:tcMar>
              <w:top w:w="80" w:type="dxa"/>
              <w:left w:w="110" w:type="dxa"/>
              <w:bottom w:w="80" w:type="dxa"/>
              <w:right w:w="110" w:type="dxa"/>
            </w:tcMar>
            <w:vAlign w:val="center"/>
          </w:tcPr>
          <w:p w14:paraId="635C50AD" w14:textId="77777777" w:rsidR="00E40AB1" w:rsidRDefault="00585EEB">
            <w:pPr>
              <w:spacing w:after="0" w:line="240" w:lineRule="auto"/>
            </w:pPr>
            <w:r>
              <w:rPr>
                <w:b/>
                <w:color w:val="163A3A"/>
                <w:sz w:val="16"/>
              </w:rPr>
              <w:t>Plazo</w:t>
            </w:r>
          </w:p>
        </w:tc>
        <w:tc>
          <w:tcPr>
            <w:tcW w:w="5085" w:type="dxa"/>
            <w:shd w:val="clear" w:color="auto" w:fill="E8EEF0"/>
            <w:tcMar>
              <w:top w:w="80" w:type="dxa"/>
              <w:left w:w="110" w:type="dxa"/>
              <w:bottom w:w="80" w:type="dxa"/>
              <w:right w:w="110" w:type="dxa"/>
            </w:tcMar>
            <w:vAlign w:val="center"/>
          </w:tcPr>
          <w:p w14:paraId="678FDC4E" w14:textId="77777777" w:rsidR="00E40AB1" w:rsidRDefault="00585EEB">
            <w:pPr>
              <w:spacing w:after="0" w:line="240" w:lineRule="auto"/>
            </w:pPr>
            <w:r>
              <w:rPr>
                <w:sz w:val="16"/>
              </w:rPr>
              <w:t>242 meses</w:t>
            </w:r>
          </w:p>
        </w:tc>
      </w:tr>
      <w:tr w:rsidR="00E40AB1" w14:paraId="7FD24B04" w14:textId="77777777">
        <w:trPr>
          <w:cantSplit/>
          <w:jc w:val="center"/>
        </w:trPr>
        <w:tc>
          <w:tcPr>
            <w:tcW w:w="1500" w:type="dxa"/>
            <w:shd w:val="clear" w:color="auto" w:fill="E8EEF0"/>
            <w:tcMar>
              <w:top w:w="80" w:type="dxa"/>
              <w:left w:w="110" w:type="dxa"/>
              <w:bottom w:w="80" w:type="dxa"/>
              <w:right w:w="110" w:type="dxa"/>
            </w:tcMar>
            <w:vAlign w:val="center"/>
          </w:tcPr>
          <w:p w14:paraId="433512DC" w14:textId="77777777" w:rsidR="00E40AB1" w:rsidRDefault="00585EEB">
            <w:pPr>
              <w:spacing w:after="0" w:line="240" w:lineRule="auto"/>
            </w:pPr>
            <w:r>
              <w:rPr>
                <w:b/>
                <w:color w:val="163A3A"/>
                <w:sz w:val="16"/>
              </w:rPr>
              <w:t>Oferente</w:t>
            </w:r>
          </w:p>
        </w:tc>
        <w:tc>
          <w:tcPr>
            <w:tcW w:w="5927" w:type="dxa"/>
            <w:shd w:val="clear" w:color="auto" w:fill="FFF4C2"/>
            <w:tcMar>
              <w:top w:w="80" w:type="dxa"/>
              <w:left w:w="110" w:type="dxa"/>
              <w:bottom w:w="80" w:type="dxa"/>
              <w:right w:w="110" w:type="dxa"/>
            </w:tcMar>
            <w:vAlign w:val="center"/>
          </w:tcPr>
          <w:p w14:paraId="66216C3E" w14:textId="77777777" w:rsidR="00E40AB1" w:rsidRDefault="00585EEB">
            <w:pPr>
              <w:spacing w:after="0" w:line="240" w:lineRule="auto"/>
            </w:pPr>
            <w:r>
              <w:rPr>
                <w:sz w:val="16"/>
              </w:rPr>
              <w:t>[DILIGENCIAR]</w:t>
            </w:r>
          </w:p>
        </w:tc>
        <w:tc>
          <w:tcPr>
            <w:tcW w:w="1600" w:type="dxa"/>
            <w:shd w:val="clear" w:color="auto" w:fill="E8EEF0"/>
            <w:tcMar>
              <w:top w:w="80" w:type="dxa"/>
              <w:left w:w="110" w:type="dxa"/>
              <w:bottom w:w="80" w:type="dxa"/>
              <w:right w:w="110" w:type="dxa"/>
            </w:tcMar>
            <w:vAlign w:val="center"/>
          </w:tcPr>
          <w:p w14:paraId="2B427D10" w14:textId="77777777" w:rsidR="00E40AB1" w:rsidRDefault="00585EEB">
            <w:pPr>
              <w:spacing w:after="0" w:line="240" w:lineRule="auto"/>
            </w:pPr>
            <w:r>
              <w:rPr>
                <w:b/>
                <w:color w:val="163A3A"/>
                <w:sz w:val="16"/>
              </w:rPr>
              <w:t>NIT / documento</w:t>
            </w:r>
          </w:p>
        </w:tc>
        <w:tc>
          <w:tcPr>
            <w:tcW w:w="5085" w:type="dxa"/>
            <w:shd w:val="clear" w:color="auto" w:fill="FFF4C2"/>
            <w:tcMar>
              <w:top w:w="80" w:type="dxa"/>
              <w:left w:w="110" w:type="dxa"/>
              <w:bottom w:w="80" w:type="dxa"/>
              <w:right w:w="110" w:type="dxa"/>
            </w:tcMar>
            <w:vAlign w:val="center"/>
          </w:tcPr>
          <w:p w14:paraId="30C48FED" w14:textId="77777777" w:rsidR="00E40AB1" w:rsidRDefault="00585EEB">
            <w:pPr>
              <w:spacing w:after="0" w:line="240" w:lineRule="auto"/>
            </w:pPr>
            <w:r>
              <w:rPr>
                <w:sz w:val="16"/>
              </w:rPr>
              <w:t>[DILIGENCIAR]</w:t>
            </w:r>
          </w:p>
        </w:tc>
      </w:tr>
      <w:tr w:rsidR="00E40AB1" w14:paraId="455EE4CA" w14:textId="77777777">
        <w:trPr>
          <w:cantSplit/>
          <w:jc w:val="center"/>
        </w:trPr>
        <w:tc>
          <w:tcPr>
            <w:tcW w:w="1500" w:type="dxa"/>
            <w:shd w:val="clear" w:color="auto" w:fill="E8EEF0"/>
            <w:tcMar>
              <w:top w:w="80" w:type="dxa"/>
              <w:left w:w="110" w:type="dxa"/>
              <w:bottom w:w="80" w:type="dxa"/>
              <w:right w:w="110" w:type="dxa"/>
            </w:tcMar>
            <w:vAlign w:val="center"/>
          </w:tcPr>
          <w:p w14:paraId="4194C314" w14:textId="77777777" w:rsidR="00E40AB1" w:rsidRDefault="00585EEB">
            <w:pPr>
              <w:spacing w:after="0" w:line="240" w:lineRule="auto"/>
            </w:pPr>
            <w:r>
              <w:rPr>
                <w:b/>
                <w:color w:val="163A3A"/>
                <w:sz w:val="16"/>
              </w:rPr>
              <w:t>Forma de participación</w:t>
            </w:r>
          </w:p>
        </w:tc>
        <w:tc>
          <w:tcPr>
            <w:tcW w:w="5927" w:type="dxa"/>
            <w:shd w:val="clear" w:color="auto" w:fill="FFF4C2"/>
            <w:tcMar>
              <w:top w:w="80" w:type="dxa"/>
              <w:left w:w="110" w:type="dxa"/>
              <w:bottom w:w="80" w:type="dxa"/>
              <w:right w:w="110" w:type="dxa"/>
            </w:tcMar>
            <w:vAlign w:val="center"/>
          </w:tcPr>
          <w:p w14:paraId="030C9C07" w14:textId="77777777" w:rsidR="00E40AB1" w:rsidRDefault="00585EEB">
            <w:pPr>
              <w:spacing w:after="0" w:line="240" w:lineRule="auto"/>
            </w:pPr>
            <w:r>
              <w:rPr>
                <w:sz w:val="16"/>
              </w:rPr>
              <w:t>[SINGULAR / CONSORCIO / UNIÓN TEMPORAL]</w:t>
            </w:r>
          </w:p>
        </w:tc>
        <w:tc>
          <w:tcPr>
            <w:tcW w:w="1600" w:type="dxa"/>
            <w:shd w:val="clear" w:color="auto" w:fill="E8EEF0"/>
            <w:tcMar>
              <w:top w:w="80" w:type="dxa"/>
              <w:left w:w="110" w:type="dxa"/>
              <w:bottom w:w="80" w:type="dxa"/>
              <w:right w:w="110" w:type="dxa"/>
            </w:tcMar>
            <w:vAlign w:val="center"/>
          </w:tcPr>
          <w:p w14:paraId="15CA7025" w14:textId="77777777" w:rsidR="00E40AB1" w:rsidRDefault="00585EEB">
            <w:pPr>
              <w:spacing w:after="0" w:line="240" w:lineRule="auto"/>
            </w:pPr>
            <w:r>
              <w:rPr>
                <w:b/>
                <w:color w:val="163A3A"/>
                <w:sz w:val="16"/>
              </w:rPr>
              <w:t>Fecha</w:t>
            </w:r>
          </w:p>
        </w:tc>
        <w:tc>
          <w:tcPr>
            <w:tcW w:w="5085" w:type="dxa"/>
            <w:shd w:val="clear" w:color="auto" w:fill="FFF4C2"/>
            <w:tcMar>
              <w:top w:w="80" w:type="dxa"/>
              <w:left w:w="110" w:type="dxa"/>
              <w:bottom w:w="80" w:type="dxa"/>
              <w:right w:w="110" w:type="dxa"/>
            </w:tcMar>
            <w:vAlign w:val="center"/>
          </w:tcPr>
          <w:p w14:paraId="123CE661" w14:textId="77777777" w:rsidR="00E40AB1" w:rsidRDefault="00585EEB">
            <w:pPr>
              <w:spacing w:after="0" w:line="240" w:lineRule="auto"/>
            </w:pPr>
            <w:r>
              <w:rPr>
                <w:sz w:val="16"/>
              </w:rPr>
              <w:t>[DILIGENCIAR]</w:t>
            </w:r>
          </w:p>
        </w:tc>
      </w:tr>
    </w:tbl>
    <w:p w14:paraId="647BF325" w14:textId="77777777" w:rsidR="00E40AB1" w:rsidRDefault="00E40AB1">
      <w:pPr>
        <w:spacing w:after="0"/>
      </w:pPr>
    </w:p>
    <w:tbl>
      <w:tblPr>
        <w:tblW w:w="14112" w:type="dxa"/>
        <w:jc w:val="center"/>
        <w:tblLayout w:type="fixed"/>
        <w:tblLook w:val="04A0" w:firstRow="1" w:lastRow="0" w:firstColumn="1" w:lastColumn="0" w:noHBand="0" w:noVBand="1"/>
      </w:tblPr>
      <w:tblGrid>
        <w:gridCol w:w="14112"/>
      </w:tblGrid>
      <w:tr w:rsidR="00E40AB1" w14:paraId="63F82FBC" w14:textId="77777777">
        <w:trPr>
          <w:cantSplit/>
          <w:jc w:val="center"/>
        </w:trPr>
        <w:tc>
          <w:tcPr>
            <w:tcW w:w="14112" w:type="dxa"/>
            <w:shd w:val="clear" w:color="auto" w:fill="EAF4F3"/>
            <w:tcMar>
              <w:top w:w="110" w:type="dxa"/>
              <w:left w:w="140" w:type="dxa"/>
              <w:bottom w:w="110" w:type="dxa"/>
              <w:right w:w="140" w:type="dxa"/>
            </w:tcMar>
          </w:tcPr>
          <w:p w14:paraId="022BC383" w14:textId="77777777" w:rsidR="00E40AB1" w:rsidRDefault="00585EEB">
            <w:pPr>
              <w:spacing w:after="0"/>
            </w:pPr>
            <w:r>
              <w:rPr>
                <w:b/>
                <w:color w:val="163A3A"/>
                <w:sz w:val="17"/>
              </w:rPr>
              <w:t xml:space="preserve">Instrucción: </w:t>
            </w:r>
            <w:r>
              <w:rPr>
                <w:sz w:val="17"/>
              </w:rPr>
              <w:t>Use este formato solo para la experiencia adicional que sea objeto de puntaje. No relacione como adicional el mismo atributo utilizado para habilitar cuando los Términos de Referencia prohíban la doble valoración.</w:t>
            </w:r>
          </w:p>
        </w:tc>
      </w:tr>
    </w:tbl>
    <w:p w14:paraId="434C3383" w14:textId="77777777" w:rsidR="00E40AB1" w:rsidRDefault="00E40AB1">
      <w:pPr>
        <w:spacing w:after="0"/>
      </w:pPr>
    </w:p>
    <w:p w14:paraId="5D610EDE" w14:textId="029749B9" w:rsidR="00E40AB1" w:rsidRDefault="00585EEB">
      <w:pPr>
        <w:pStyle w:val="Ttulo1"/>
      </w:pPr>
      <w:r>
        <w:t xml:space="preserve">1. </w:t>
      </w:r>
      <w:r w:rsidR="00B07E26">
        <w:t>xxx</w:t>
      </w:r>
    </w:p>
    <w:tbl>
      <w:tblPr>
        <w:tblStyle w:val="Tablaconcuadrcula"/>
        <w:tblW w:w="14112" w:type="dxa"/>
        <w:jc w:val="center"/>
        <w:tblLayout w:type="fixed"/>
        <w:tblLook w:val="04A0" w:firstRow="1" w:lastRow="0" w:firstColumn="1" w:lastColumn="0" w:noHBand="0" w:noVBand="1"/>
      </w:tblPr>
      <w:tblGrid>
        <w:gridCol w:w="550"/>
        <w:gridCol w:w="1600"/>
        <w:gridCol w:w="2800"/>
        <w:gridCol w:w="2000"/>
        <w:gridCol w:w="1050"/>
        <w:gridCol w:w="1050"/>
        <w:gridCol w:w="1000"/>
        <w:gridCol w:w="1800"/>
        <w:gridCol w:w="2262"/>
      </w:tblGrid>
      <w:tr w:rsidR="00E40AB1" w14:paraId="46DAF433" w14:textId="77777777">
        <w:trPr>
          <w:cantSplit/>
          <w:tblHeader/>
          <w:jc w:val="center"/>
        </w:trPr>
        <w:tc>
          <w:tcPr>
            <w:tcW w:w="550" w:type="dxa"/>
            <w:shd w:val="clear" w:color="auto" w:fill="234E52"/>
            <w:tcMar>
              <w:top w:w="80" w:type="dxa"/>
              <w:left w:w="110" w:type="dxa"/>
              <w:bottom w:w="80" w:type="dxa"/>
              <w:right w:w="110" w:type="dxa"/>
            </w:tcMar>
            <w:vAlign w:val="center"/>
          </w:tcPr>
          <w:p w14:paraId="6F843229" w14:textId="77777777" w:rsidR="00E40AB1" w:rsidRDefault="00585EEB">
            <w:pPr>
              <w:spacing w:after="0" w:line="240" w:lineRule="auto"/>
              <w:jc w:val="center"/>
            </w:pPr>
            <w:r>
              <w:rPr>
                <w:b/>
                <w:color w:val="FFFFFF"/>
                <w:sz w:val="14"/>
              </w:rPr>
              <w:t>N.º</w:t>
            </w:r>
          </w:p>
        </w:tc>
        <w:tc>
          <w:tcPr>
            <w:tcW w:w="1600" w:type="dxa"/>
            <w:shd w:val="clear" w:color="auto" w:fill="234E52"/>
            <w:tcMar>
              <w:top w:w="80" w:type="dxa"/>
              <w:left w:w="110" w:type="dxa"/>
              <w:bottom w:w="80" w:type="dxa"/>
              <w:right w:w="110" w:type="dxa"/>
            </w:tcMar>
            <w:vAlign w:val="center"/>
          </w:tcPr>
          <w:p w14:paraId="3D855517" w14:textId="77777777" w:rsidR="00E40AB1" w:rsidRDefault="00585EEB">
            <w:pPr>
              <w:spacing w:after="0" w:line="240" w:lineRule="auto"/>
              <w:jc w:val="center"/>
            </w:pPr>
            <w:r>
              <w:rPr>
                <w:b/>
                <w:color w:val="FFFFFF"/>
                <w:sz w:val="14"/>
              </w:rPr>
              <w:t>Contratante</w:t>
            </w:r>
          </w:p>
        </w:tc>
        <w:tc>
          <w:tcPr>
            <w:tcW w:w="2800" w:type="dxa"/>
            <w:shd w:val="clear" w:color="auto" w:fill="234E52"/>
            <w:tcMar>
              <w:top w:w="80" w:type="dxa"/>
              <w:left w:w="110" w:type="dxa"/>
              <w:bottom w:w="80" w:type="dxa"/>
              <w:right w:w="110" w:type="dxa"/>
            </w:tcMar>
            <w:vAlign w:val="center"/>
          </w:tcPr>
          <w:p w14:paraId="3F1E397C" w14:textId="77777777" w:rsidR="00E40AB1" w:rsidRDefault="00585EEB">
            <w:pPr>
              <w:spacing w:after="0" w:line="240" w:lineRule="auto"/>
              <w:jc w:val="center"/>
            </w:pPr>
            <w:r>
              <w:rPr>
                <w:b/>
                <w:color w:val="FFFFFF"/>
                <w:sz w:val="14"/>
              </w:rPr>
              <w:t>Objeto / alcance</w:t>
            </w:r>
          </w:p>
        </w:tc>
        <w:tc>
          <w:tcPr>
            <w:tcW w:w="2000" w:type="dxa"/>
            <w:shd w:val="clear" w:color="auto" w:fill="234E52"/>
            <w:tcMar>
              <w:top w:w="80" w:type="dxa"/>
              <w:left w:w="110" w:type="dxa"/>
              <w:bottom w:w="80" w:type="dxa"/>
              <w:right w:w="110" w:type="dxa"/>
            </w:tcMar>
            <w:vAlign w:val="center"/>
          </w:tcPr>
          <w:p w14:paraId="059013A1" w14:textId="77777777" w:rsidR="00E40AB1" w:rsidRDefault="00585EEB">
            <w:pPr>
              <w:spacing w:after="0" w:line="240" w:lineRule="auto"/>
              <w:jc w:val="center"/>
            </w:pPr>
            <w:r>
              <w:rPr>
                <w:b/>
                <w:color w:val="FFFFFF"/>
                <w:sz w:val="14"/>
              </w:rPr>
              <w:t>Cargo y funciones</w:t>
            </w:r>
          </w:p>
        </w:tc>
        <w:tc>
          <w:tcPr>
            <w:tcW w:w="1050" w:type="dxa"/>
            <w:shd w:val="clear" w:color="auto" w:fill="234E52"/>
            <w:tcMar>
              <w:top w:w="80" w:type="dxa"/>
              <w:left w:w="110" w:type="dxa"/>
              <w:bottom w:w="80" w:type="dxa"/>
              <w:right w:w="110" w:type="dxa"/>
            </w:tcMar>
            <w:vAlign w:val="center"/>
          </w:tcPr>
          <w:p w14:paraId="034DC934" w14:textId="77777777" w:rsidR="00E40AB1" w:rsidRDefault="00585EEB">
            <w:pPr>
              <w:spacing w:after="0" w:line="240" w:lineRule="auto"/>
              <w:jc w:val="center"/>
            </w:pPr>
            <w:r>
              <w:rPr>
                <w:b/>
                <w:color w:val="FFFFFF"/>
                <w:sz w:val="14"/>
              </w:rPr>
              <w:t>Inicio</w:t>
            </w:r>
          </w:p>
        </w:tc>
        <w:tc>
          <w:tcPr>
            <w:tcW w:w="1050" w:type="dxa"/>
            <w:shd w:val="clear" w:color="auto" w:fill="234E52"/>
            <w:tcMar>
              <w:top w:w="80" w:type="dxa"/>
              <w:left w:w="110" w:type="dxa"/>
              <w:bottom w:w="80" w:type="dxa"/>
              <w:right w:w="110" w:type="dxa"/>
            </w:tcMar>
            <w:vAlign w:val="center"/>
          </w:tcPr>
          <w:p w14:paraId="5A2C8ED4" w14:textId="77777777" w:rsidR="00E40AB1" w:rsidRDefault="00585EEB">
            <w:pPr>
              <w:spacing w:after="0" w:line="240" w:lineRule="auto"/>
              <w:jc w:val="center"/>
            </w:pPr>
            <w:r>
              <w:rPr>
                <w:b/>
                <w:color w:val="FFFFFF"/>
                <w:sz w:val="14"/>
              </w:rPr>
              <w:t>Terminación</w:t>
            </w:r>
          </w:p>
        </w:tc>
        <w:tc>
          <w:tcPr>
            <w:tcW w:w="1000" w:type="dxa"/>
            <w:shd w:val="clear" w:color="auto" w:fill="234E52"/>
            <w:tcMar>
              <w:top w:w="80" w:type="dxa"/>
              <w:left w:w="110" w:type="dxa"/>
              <w:bottom w:w="80" w:type="dxa"/>
              <w:right w:w="110" w:type="dxa"/>
            </w:tcMar>
            <w:vAlign w:val="center"/>
          </w:tcPr>
          <w:p w14:paraId="7A704B08" w14:textId="77777777" w:rsidR="00E40AB1" w:rsidRDefault="00585EEB">
            <w:pPr>
              <w:spacing w:after="0" w:line="240" w:lineRule="auto"/>
              <w:jc w:val="center"/>
            </w:pPr>
            <w:r>
              <w:rPr>
                <w:b/>
                <w:color w:val="FFFFFF"/>
                <w:sz w:val="14"/>
              </w:rPr>
              <w:t>Dedicación</w:t>
            </w:r>
          </w:p>
        </w:tc>
        <w:tc>
          <w:tcPr>
            <w:tcW w:w="1800" w:type="dxa"/>
            <w:shd w:val="clear" w:color="auto" w:fill="234E52"/>
            <w:tcMar>
              <w:top w:w="80" w:type="dxa"/>
              <w:left w:w="110" w:type="dxa"/>
              <w:bottom w:w="80" w:type="dxa"/>
              <w:right w:w="110" w:type="dxa"/>
            </w:tcMar>
            <w:vAlign w:val="center"/>
          </w:tcPr>
          <w:p w14:paraId="40FB77F4" w14:textId="77777777" w:rsidR="00E40AB1" w:rsidRDefault="00585EEB">
            <w:pPr>
              <w:spacing w:after="0" w:line="240" w:lineRule="auto"/>
              <w:jc w:val="center"/>
            </w:pPr>
            <w:r>
              <w:rPr>
                <w:b/>
                <w:color w:val="FFFFFF"/>
                <w:sz w:val="14"/>
              </w:rPr>
              <w:t>Valor / magnitud</w:t>
            </w:r>
          </w:p>
        </w:tc>
        <w:tc>
          <w:tcPr>
            <w:tcW w:w="2262" w:type="dxa"/>
            <w:shd w:val="clear" w:color="auto" w:fill="234E52"/>
            <w:tcMar>
              <w:top w:w="80" w:type="dxa"/>
              <w:left w:w="110" w:type="dxa"/>
              <w:bottom w:w="80" w:type="dxa"/>
              <w:right w:w="110" w:type="dxa"/>
            </w:tcMar>
            <w:vAlign w:val="center"/>
          </w:tcPr>
          <w:p w14:paraId="0A35A3D6" w14:textId="77777777" w:rsidR="00E40AB1" w:rsidRDefault="00585EEB">
            <w:pPr>
              <w:spacing w:after="0" w:line="240" w:lineRule="auto"/>
              <w:jc w:val="center"/>
            </w:pPr>
            <w:r>
              <w:rPr>
                <w:b/>
                <w:color w:val="FFFFFF"/>
                <w:sz w:val="14"/>
              </w:rPr>
              <w:t>Soporte / folios</w:t>
            </w:r>
          </w:p>
        </w:tc>
      </w:tr>
      <w:tr w:rsidR="00E40AB1" w14:paraId="30A7B226" w14:textId="77777777">
        <w:trPr>
          <w:cantSplit/>
          <w:jc w:val="center"/>
        </w:trPr>
        <w:tc>
          <w:tcPr>
            <w:tcW w:w="550" w:type="dxa"/>
            <w:shd w:val="clear" w:color="auto" w:fill="E8EEF0"/>
            <w:tcMar>
              <w:top w:w="80" w:type="dxa"/>
              <w:left w:w="110" w:type="dxa"/>
              <w:bottom w:w="80" w:type="dxa"/>
              <w:right w:w="110" w:type="dxa"/>
            </w:tcMar>
            <w:vAlign w:val="center"/>
          </w:tcPr>
          <w:p w14:paraId="58D72FDA" w14:textId="77777777" w:rsidR="00E40AB1" w:rsidRDefault="00585EEB">
            <w:pPr>
              <w:spacing w:after="0" w:line="240" w:lineRule="auto"/>
              <w:jc w:val="center"/>
            </w:pPr>
            <w:r>
              <w:rPr>
                <w:sz w:val="14"/>
              </w:rPr>
              <w:t>1</w:t>
            </w:r>
          </w:p>
        </w:tc>
        <w:tc>
          <w:tcPr>
            <w:tcW w:w="1600" w:type="dxa"/>
            <w:shd w:val="clear" w:color="auto" w:fill="FFF4C2"/>
            <w:tcMar>
              <w:top w:w="80" w:type="dxa"/>
              <w:left w:w="110" w:type="dxa"/>
              <w:bottom w:w="80" w:type="dxa"/>
              <w:right w:w="110" w:type="dxa"/>
            </w:tcMar>
            <w:vAlign w:val="center"/>
          </w:tcPr>
          <w:p w14:paraId="5253AA8A"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6EC262FF"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325CBBEF"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2AA29DDC"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3B8ED930"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722EDF3A"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0B369747"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48564527" w14:textId="77777777" w:rsidR="00E40AB1" w:rsidRDefault="00585EEB">
            <w:pPr>
              <w:spacing w:after="0" w:line="240" w:lineRule="auto"/>
            </w:pPr>
            <w:r>
              <w:rPr>
                <w:sz w:val="14"/>
              </w:rPr>
              <w:t>[DILIGENCIAR]</w:t>
            </w:r>
          </w:p>
        </w:tc>
      </w:tr>
      <w:tr w:rsidR="00E40AB1" w14:paraId="17B9EEF7" w14:textId="77777777">
        <w:trPr>
          <w:cantSplit/>
          <w:jc w:val="center"/>
        </w:trPr>
        <w:tc>
          <w:tcPr>
            <w:tcW w:w="550" w:type="dxa"/>
            <w:shd w:val="clear" w:color="auto" w:fill="E8EEF0"/>
            <w:tcMar>
              <w:top w:w="80" w:type="dxa"/>
              <w:left w:w="110" w:type="dxa"/>
              <w:bottom w:w="80" w:type="dxa"/>
              <w:right w:w="110" w:type="dxa"/>
            </w:tcMar>
            <w:vAlign w:val="center"/>
          </w:tcPr>
          <w:p w14:paraId="2C6A3280" w14:textId="77777777" w:rsidR="00E40AB1" w:rsidRDefault="00585EEB">
            <w:pPr>
              <w:spacing w:after="0" w:line="240" w:lineRule="auto"/>
              <w:jc w:val="center"/>
            </w:pPr>
            <w:r>
              <w:rPr>
                <w:sz w:val="14"/>
              </w:rPr>
              <w:t>2</w:t>
            </w:r>
          </w:p>
        </w:tc>
        <w:tc>
          <w:tcPr>
            <w:tcW w:w="1600" w:type="dxa"/>
            <w:shd w:val="clear" w:color="auto" w:fill="FFF4C2"/>
            <w:tcMar>
              <w:top w:w="80" w:type="dxa"/>
              <w:left w:w="110" w:type="dxa"/>
              <w:bottom w:w="80" w:type="dxa"/>
              <w:right w:w="110" w:type="dxa"/>
            </w:tcMar>
            <w:vAlign w:val="center"/>
          </w:tcPr>
          <w:p w14:paraId="0120120D"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46611D04"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16A30750"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075C3360"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772B9CE6"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5F2F1824"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2CBE0F32"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1259BD25" w14:textId="77777777" w:rsidR="00E40AB1" w:rsidRDefault="00585EEB">
            <w:pPr>
              <w:spacing w:after="0" w:line="240" w:lineRule="auto"/>
            </w:pPr>
            <w:r>
              <w:rPr>
                <w:sz w:val="14"/>
              </w:rPr>
              <w:t>[DILIGENCIAR]</w:t>
            </w:r>
          </w:p>
        </w:tc>
      </w:tr>
      <w:tr w:rsidR="00E40AB1" w14:paraId="00F6FD96" w14:textId="77777777">
        <w:trPr>
          <w:cantSplit/>
          <w:jc w:val="center"/>
        </w:trPr>
        <w:tc>
          <w:tcPr>
            <w:tcW w:w="550" w:type="dxa"/>
            <w:shd w:val="clear" w:color="auto" w:fill="E8EEF0"/>
            <w:tcMar>
              <w:top w:w="80" w:type="dxa"/>
              <w:left w:w="110" w:type="dxa"/>
              <w:bottom w:w="80" w:type="dxa"/>
              <w:right w:w="110" w:type="dxa"/>
            </w:tcMar>
            <w:vAlign w:val="center"/>
          </w:tcPr>
          <w:p w14:paraId="531127E3" w14:textId="77777777" w:rsidR="00E40AB1" w:rsidRDefault="00585EEB">
            <w:pPr>
              <w:spacing w:after="0" w:line="240" w:lineRule="auto"/>
              <w:jc w:val="center"/>
            </w:pPr>
            <w:r>
              <w:rPr>
                <w:sz w:val="14"/>
              </w:rPr>
              <w:t>3</w:t>
            </w:r>
          </w:p>
        </w:tc>
        <w:tc>
          <w:tcPr>
            <w:tcW w:w="1600" w:type="dxa"/>
            <w:shd w:val="clear" w:color="auto" w:fill="FFF4C2"/>
            <w:tcMar>
              <w:top w:w="80" w:type="dxa"/>
              <w:left w:w="110" w:type="dxa"/>
              <w:bottom w:w="80" w:type="dxa"/>
              <w:right w:w="110" w:type="dxa"/>
            </w:tcMar>
            <w:vAlign w:val="center"/>
          </w:tcPr>
          <w:p w14:paraId="5434051B"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6AB4CE3F"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3559473D"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3D0ECEC5"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7C1F2CB6"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53033774"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3D73485D"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0AABEEDB" w14:textId="77777777" w:rsidR="00E40AB1" w:rsidRDefault="00585EEB">
            <w:pPr>
              <w:spacing w:after="0" w:line="240" w:lineRule="auto"/>
            </w:pPr>
            <w:r>
              <w:rPr>
                <w:sz w:val="14"/>
              </w:rPr>
              <w:t>[DILIGENCIAR]</w:t>
            </w:r>
          </w:p>
        </w:tc>
      </w:tr>
      <w:tr w:rsidR="00E40AB1" w14:paraId="21F962C0" w14:textId="77777777">
        <w:trPr>
          <w:cantSplit/>
          <w:jc w:val="center"/>
        </w:trPr>
        <w:tc>
          <w:tcPr>
            <w:tcW w:w="550" w:type="dxa"/>
            <w:shd w:val="clear" w:color="auto" w:fill="E8EEF0"/>
            <w:tcMar>
              <w:top w:w="80" w:type="dxa"/>
              <w:left w:w="110" w:type="dxa"/>
              <w:bottom w:w="80" w:type="dxa"/>
              <w:right w:w="110" w:type="dxa"/>
            </w:tcMar>
            <w:vAlign w:val="center"/>
          </w:tcPr>
          <w:p w14:paraId="1E6B158C" w14:textId="77777777" w:rsidR="00E40AB1" w:rsidRDefault="00585EEB">
            <w:pPr>
              <w:spacing w:after="0" w:line="240" w:lineRule="auto"/>
              <w:jc w:val="center"/>
            </w:pPr>
            <w:r>
              <w:rPr>
                <w:sz w:val="14"/>
              </w:rPr>
              <w:t>4</w:t>
            </w:r>
          </w:p>
        </w:tc>
        <w:tc>
          <w:tcPr>
            <w:tcW w:w="1600" w:type="dxa"/>
            <w:shd w:val="clear" w:color="auto" w:fill="FFF4C2"/>
            <w:tcMar>
              <w:top w:w="80" w:type="dxa"/>
              <w:left w:w="110" w:type="dxa"/>
              <w:bottom w:w="80" w:type="dxa"/>
              <w:right w:w="110" w:type="dxa"/>
            </w:tcMar>
            <w:vAlign w:val="center"/>
          </w:tcPr>
          <w:p w14:paraId="0D265C3A"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13ACDD2D"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69ADB6BD"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4848595F"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1A997877"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0CAF36BD"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38D3AB68"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2B6377D8" w14:textId="77777777" w:rsidR="00E40AB1" w:rsidRDefault="00585EEB">
            <w:pPr>
              <w:spacing w:after="0" w:line="240" w:lineRule="auto"/>
            </w:pPr>
            <w:r>
              <w:rPr>
                <w:sz w:val="14"/>
              </w:rPr>
              <w:t>[DILIGENCIAR]</w:t>
            </w:r>
          </w:p>
        </w:tc>
      </w:tr>
    </w:tbl>
    <w:p w14:paraId="774E2BF3" w14:textId="39A10172" w:rsidR="00E40AB1" w:rsidRDefault="00585EEB">
      <w:pPr>
        <w:pStyle w:val="Ttulo1"/>
      </w:pPr>
      <w:r>
        <w:t xml:space="preserve">2. </w:t>
      </w:r>
      <w:r w:rsidR="00B07E26">
        <w:t>xxx</w:t>
      </w:r>
    </w:p>
    <w:tbl>
      <w:tblPr>
        <w:tblStyle w:val="Tablaconcuadrcula"/>
        <w:tblW w:w="14112" w:type="dxa"/>
        <w:jc w:val="center"/>
        <w:tblLayout w:type="fixed"/>
        <w:tblLook w:val="04A0" w:firstRow="1" w:lastRow="0" w:firstColumn="1" w:lastColumn="0" w:noHBand="0" w:noVBand="1"/>
      </w:tblPr>
      <w:tblGrid>
        <w:gridCol w:w="550"/>
        <w:gridCol w:w="1600"/>
        <w:gridCol w:w="2800"/>
        <w:gridCol w:w="2000"/>
        <w:gridCol w:w="1050"/>
        <w:gridCol w:w="1050"/>
        <w:gridCol w:w="1000"/>
        <w:gridCol w:w="1800"/>
        <w:gridCol w:w="2262"/>
      </w:tblGrid>
      <w:tr w:rsidR="00E40AB1" w14:paraId="1F9111EE" w14:textId="77777777">
        <w:trPr>
          <w:cantSplit/>
          <w:tblHeader/>
          <w:jc w:val="center"/>
        </w:trPr>
        <w:tc>
          <w:tcPr>
            <w:tcW w:w="550" w:type="dxa"/>
            <w:shd w:val="clear" w:color="auto" w:fill="234E52"/>
            <w:tcMar>
              <w:top w:w="80" w:type="dxa"/>
              <w:left w:w="110" w:type="dxa"/>
              <w:bottom w:w="80" w:type="dxa"/>
              <w:right w:w="110" w:type="dxa"/>
            </w:tcMar>
            <w:vAlign w:val="center"/>
          </w:tcPr>
          <w:p w14:paraId="0CF8FF11" w14:textId="77777777" w:rsidR="00E40AB1" w:rsidRDefault="00585EEB">
            <w:pPr>
              <w:spacing w:after="0" w:line="240" w:lineRule="auto"/>
              <w:jc w:val="center"/>
            </w:pPr>
            <w:r>
              <w:rPr>
                <w:b/>
                <w:color w:val="FFFFFF"/>
                <w:sz w:val="14"/>
              </w:rPr>
              <w:t>N.º</w:t>
            </w:r>
          </w:p>
        </w:tc>
        <w:tc>
          <w:tcPr>
            <w:tcW w:w="1600" w:type="dxa"/>
            <w:shd w:val="clear" w:color="auto" w:fill="234E52"/>
            <w:tcMar>
              <w:top w:w="80" w:type="dxa"/>
              <w:left w:w="110" w:type="dxa"/>
              <w:bottom w:w="80" w:type="dxa"/>
              <w:right w:w="110" w:type="dxa"/>
            </w:tcMar>
            <w:vAlign w:val="center"/>
          </w:tcPr>
          <w:p w14:paraId="475DF755" w14:textId="77777777" w:rsidR="00E40AB1" w:rsidRDefault="00585EEB">
            <w:pPr>
              <w:spacing w:after="0" w:line="240" w:lineRule="auto"/>
              <w:jc w:val="center"/>
            </w:pPr>
            <w:r>
              <w:rPr>
                <w:b/>
                <w:color w:val="FFFFFF"/>
                <w:sz w:val="14"/>
              </w:rPr>
              <w:t>Contratante</w:t>
            </w:r>
          </w:p>
        </w:tc>
        <w:tc>
          <w:tcPr>
            <w:tcW w:w="2800" w:type="dxa"/>
            <w:shd w:val="clear" w:color="auto" w:fill="234E52"/>
            <w:tcMar>
              <w:top w:w="80" w:type="dxa"/>
              <w:left w:w="110" w:type="dxa"/>
              <w:bottom w:w="80" w:type="dxa"/>
              <w:right w:w="110" w:type="dxa"/>
            </w:tcMar>
            <w:vAlign w:val="center"/>
          </w:tcPr>
          <w:p w14:paraId="7AE64EA5" w14:textId="77777777" w:rsidR="00E40AB1" w:rsidRDefault="00585EEB">
            <w:pPr>
              <w:spacing w:after="0" w:line="240" w:lineRule="auto"/>
              <w:jc w:val="center"/>
            </w:pPr>
            <w:r>
              <w:rPr>
                <w:b/>
                <w:color w:val="FFFFFF"/>
                <w:sz w:val="14"/>
              </w:rPr>
              <w:t>Objeto / alcance</w:t>
            </w:r>
          </w:p>
        </w:tc>
        <w:tc>
          <w:tcPr>
            <w:tcW w:w="2000" w:type="dxa"/>
            <w:shd w:val="clear" w:color="auto" w:fill="234E52"/>
            <w:tcMar>
              <w:top w:w="80" w:type="dxa"/>
              <w:left w:w="110" w:type="dxa"/>
              <w:bottom w:w="80" w:type="dxa"/>
              <w:right w:w="110" w:type="dxa"/>
            </w:tcMar>
            <w:vAlign w:val="center"/>
          </w:tcPr>
          <w:p w14:paraId="7063F6D1" w14:textId="77777777" w:rsidR="00E40AB1" w:rsidRDefault="00585EEB">
            <w:pPr>
              <w:spacing w:after="0" w:line="240" w:lineRule="auto"/>
              <w:jc w:val="center"/>
            </w:pPr>
            <w:r>
              <w:rPr>
                <w:b/>
                <w:color w:val="FFFFFF"/>
                <w:sz w:val="14"/>
              </w:rPr>
              <w:t>Cargo y funciones</w:t>
            </w:r>
          </w:p>
        </w:tc>
        <w:tc>
          <w:tcPr>
            <w:tcW w:w="1050" w:type="dxa"/>
            <w:shd w:val="clear" w:color="auto" w:fill="234E52"/>
            <w:tcMar>
              <w:top w:w="80" w:type="dxa"/>
              <w:left w:w="110" w:type="dxa"/>
              <w:bottom w:w="80" w:type="dxa"/>
              <w:right w:w="110" w:type="dxa"/>
            </w:tcMar>
            <w:vAlign w:val="center"/>
          </w:tcPr>
          <w:p w14:paraId="460098E6" w14:textId="77777777" w:rsidR="00E40AB1" w:rsidRDefault="00585EEB">
            <w:pPr>
              <w:spacing w:after="0" w:line="240" w:lineRule="auto"/>
              <w:jc w:val="center"/>
            </w:pPr>
            <w:r>
              <w:rPr>
                <w:b/>
                <w:color w:val="FFFFFF"/>
                <w:sz w:val="14"/>
              </w:rPr>
              <w:t>Inicio</w:t>
            </w:r>
          </w:p>
        </w:tc>
        <w:tc>
          <w:tcPr>
            <w:tcW w:w="1050" w:type="dxa"/>
            <w:shd w:val="clear" w:color="auto" w:fill="234E52"/>
            <w:tcMar>
              <w:top w:w="80" w:type="dxa"/>
              <w:left w:w="110" w:type="dxa"/>
              <w:bottom w:w="80" w:type="dxa"/>
              <w:right w:w="110" w:type="dxa"/>
            </w:tcMar>
            <w:vAlign w:val="center"/>
          </w:tcPr>
          <w:p w14:paraId="1FF69BD4" w14:textId="77777777" w:rsidR="00E40AB1" w:rsidRDefault="00585EEB">
            <w:pPr>
              <w:spacing w:after="0" w:line="240" w:lineRule="auto"/>
              <w:jc w:val="center"/>
            </w:pPr>
            <w:r>
              <w:rPr>
                <w:b/>
                <w:color w:val="FFFFFF"/>
                <w:sz w:val="14"/>
              </w:rPr>
              <w:t>Terminación</w:t>
            </w:r>
          </w:p>
        </w:tc>
        <w:tc>
          <w:tcPr>
            <w:tcW w:w="1000" w:type="dxa"/>
            <w:shd w:val="clear" w:color="auto" w:fill="234E52"/>
            <w:tcMar>
              <w:top w:w="80" w:type="dxa"/>
              <w:left w:w="110" w:type="dxa"/>
              <w:bottom w:w="80" w:type="dxa"/>
              <w:right w:w="110" w:type="dxa"/>
            </w:tcMar>
            <w:vAlign w:val="center"/>
          </w:tcPr>
          <w:p w14:paraId="52C4D98C" w14:textId="77777777" w:rsidR="00E40AB1" w:rsidRDefault="00585EEB">
            <w:pPr>
              <w:spacing w:after="0" w:line="240" w:lineRule="auto"/>
              <w:jc w:val="center"/>
            </w:pPr>
            <w:r>
              <w:rPr>
                <w:b/>
                <w:color w:val="FFFFFF"/>
                <w:sz w:val="14"/>
              </w:rPr>
              <w:t>Dedicación</w:t>
            </w:r>
          </w:p>
        </w:tc>
        <w:tc>
          <w:tcPr>
            <w:tcW w:w="1800" w:type="dxa"/>
            <w:shd w:val="clear" w:color="auto" w:fill="234E52"/>
            <w:tcMar>
              <w:top w:w="80" w:type="dxa"/>
              <w:left w:w="110" w:type="dxa"/>
              <w:bottom w:w="80" w:type="dxa"/>
              <w:right w:w="110" w:type="dxa"/>
            </w:tcMar>
            <w:vAlign w:val="center"/>
          </w:tcPr>
          <w:p w14:paraId="64DABF47" w14:textId="77777777" w:rsidR="00E40AB1" w:rsidRDefault="00585EEB">
            <w:pPr>
              <w:spacing w:after="0" w:line="240" w:lineRule="auto"/>
              <w:jc w:val="center"/>
            </w:pPr>
            <w:r>
              <w:rPr>
                <w:b/>
                <w:color w:val="FFFFFF"/>
                <w:sz w:val="14"/>
              </w:rPr>
              <w:t>Valor / magnitud</w:t>
            </w:r>
          </w:p>
        </w:tc>
        <w:tc>
          <w:tcPr>
            <w:tcW w:w="2262" w:type="dxa"/>
            <w:shd w:val="clear" w:color="auto" w:fill="234E52"/>
            <w:tcMar>
              <w:top w:w="80" w:type="dxa"/>
              <w:left w:w="110" w:type="dxa"/>
              <w:bottom w:w="80" w:type="dxa"/>
              <w:right w:w="110" w:type="dxa"/>
            </w:tcMar>
            <w:vAlign w:val="center"/>
          </w:tcPr>
          <w:p w14:paraId="36E8E474" w14:textId="77777777" w:rsidR="00E40AB1" w:rsidRDefault="00585EEB">
            <w:pPr>
              <w:spacing w:after="0" w:line="240" w:lineRule="auto"/>
              <w:jc w:val="center"/>
            </w:pPr>
            <w:r>
              <w:rPr>
                <w:b/>
                <w:color w:val="FFFFFF"/>
                <w:sz w:val="14"/>
              </w:rPr>
              <w:t>Soporte / folios</w:t>
            </w:r>
          </w:p>
        </w:tc>
      </w:tr>
      <w:tr w:rsidR="00E40AB1" w14:paraId="4319F7BA" w14:textId="77777777">
        <w:trPr>
          <w:cantSplit/>
          <w:jc w:val="center"/>
        </w:trPr>
        <w:tc>
          <w:tcPr>
            <w:tcW w:w="550" w:type="dxa"/>
            <w:shd w:val="clear" w:color="auto" w:fill="E8EEF0"/>
            <w:tcMar>
              <w:top w:w="80" w:type="dxa"/>
              <w:left w:w="110" w:type="dxa"/>
              <w:bottom w:w="80" w:type="dxa"/>
              <w:right w:w="110" w:type="dxa"/>
            </w:tcMar>
            <w:vAlign w:val="center"/>
          </w:tcPr>
          <w:p w14:paraId="1B699E7F" w14:textId="77777777" w:rsidR="00E40AB1" w:rsidRDefault="00585EEB">
            <w:pPr>
              <w:spacing w:after="0" w:line="240" w:lineRule="auto"/>
              <w:jc w:val="center"/>
            </w:pPr>
            <w:r>
              <w:rPr>
                <w:sz w:val="14"/>
              </w:rPr>
              <w:t>1</w:t>
            </w:r>
          </w:p>
        </w:tc>
        <w:tc>
          <w:tcPr>
            <w:tcW w:w="1600" w:type="dxa"/>
            <w:shd w:val="clear" w:color="auto" w:fill="FFF4C2"/>
            <w:tcMar>
              <w:top w:w="80" w:type="dxa"/>
              <w:left w:w="110" w:type="dxa"/>
              <w:bottom w:w="80" w:type="dxa"/>
              <w:right w:w="110" w:type="dxa"/>
            </w:tcMar>
            <w:vAlign w:val="center"/>
          </w:tcPr>
          <w:p w14:paraId="3DF2291B"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0E1FC8C7"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74663735"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1060DFF2"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6F7C0BC5"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04DC8200"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1A73F02D"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6CD1AE56" w14:textId="77777777" w:rsidR="00E40AB1" w:rsidRDefault="00585EEB">
            <w:pPr>
              <w:spacing w:after="0" w:line="240" w:lineRule="auto"/>
            </w:pPr>
            <w:r>
              <w:rPr>
                <w:sz w:val="14"/>
              </w:rPr>
              <w:t>[DILIGENCIAR]</w:t>
            </w:r>
          </w:p>
        </w:tc>
      </w:tr>
      <w:tr w:rsidR="00E40AB1" w14:paraId="7CDB3802" w14:textId="77777777">
        <w:trPr>
          <w:cantSplit/>
          <w:jc w:val="center"/>
        </w:trPr>
        <w:tc>
          <w:tcPr>
            <w:tcW w:w="550" w:type="dxa"/>
            <w:shd w:val="clear" w:color="auto" w:fill="E8EEF0"/>
            <w:tcMar>
              <w:top w:w="80" w:type="dxa"/>
              <w:left w:w="110" w:type="dxa"/>
              <w:bottom w:w="80" w:type="dxa"/>
              <w:right w:w="110" w:type="dxa"/>
            </w:tcMar>
            <w:vAlign w:val="center"/>
          </w:tcPr>
          <w:p w14:paraId="5641765B" w14:textId="77777777" w:rsidR="00E40AB1" w:rsidRDefault="00585EEB">
            <w:pPr>
              <w:spacing w:after="0" w:line="240" w:lineRule="auto"/>
              <w:jc w:val="center"/>
            </w:pPr>
            <w:r>
              <w:rPr>
                <w:sz w:val="14"/>
              </w:rPr>
              <w:t>2</w:t>
            </w:r>
          </w:p>
        </w:tc>
        <w:tc>
          <w:tcPr>
            <w:tcW w:w="1600" w:type="dxa"/>
            <w:shd w:val="clear" w:color="auto" w:fill="FFF4C2"/>
            <w:tcMar>
              <w:top w:w="80" w:type="dxa"/>
              <w:left w:w="110" w:type="dxa"/>
              <w:bottom w:w="80" w:type="dxa"/>
              <w:right w:w="110" w:type="dxa"/>
            </w:tcMar>
            <w:vAlign w:val="center"/>
          </w:tcPr>
          <w:p w14:paraId="28666E75"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7CA83978"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5CB1AEEC"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2790772B"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6C386185"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4A020E4C"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4BEB5180"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1DA277D0" w14:textId="77777777" w:rsidR="00E40AB1" w:rsidRDefault="00585EEB">
            <w:pPr>
              <w:spacing w:after="0" w:line="240" w:lineRule="auto"/>
            </w:pPr>
            <w:r>
              <w:rPr>
                <w:sz w:val="14"/>
              </w:rPr>
              <w:t>[DILIGENCIAR]</w:t>
            </w:r>
          </w:p>
        </w:tc>
      </w:tr>
      <w:tr w:rsidR="00E40AB1" w14:paraId="27B4B4CE" w14:textId="77777777">
        <w:trPr>
          <w:cantSplit/>
          <w:jc w:val="center"/>
        </w:trPr>
        <w:tc>
          <w:tcPr>
            <w:tcW w:w="550" w:type="dxa"/>
            <w:shd w:val="clear" w:color="auto" w:fill="E8EEF0"/>
            <w:tcMar>
              <w:top w:w="80" w:type="dxa"/>
              <w:left w:w="110" w:type="dxa"/>
              <w:bottom w:w="80" w:type="dxa"/>
              <w:right w:w="110" w:type="dxa"/>
            </w:tcMar>
            <w:vAlign w:val="center"/>
          </w:tcPr>
          <w:p w14:paraId="01008F94" w14:textId="77777777" w:rsidR="00E40AB1" w:rsidRDefault="00585EEB">
            <w:pPr>
              <w:spacing w:after="0" w:line="240" w:lineRule="auto"/>
              <w:jc w:val="center"/>
            </w:pPr>
            <w:r>
              <w:rPr>
                <w:sz w:val="14"/>
              </w:rPr>
              <w:t>3</w:t>
            </w:r>
          </w:p>
        </w:tc>
        <w:tc>
          <w:tcPr>
            <w:tcW w:w="1600" w:type="dxa"/>
            <w:shd w:val="clear" w:color="auto" w:fill="FFF4C2"/>
            <w:tcMar>
              <w:top w:w="80" w:type="dxa"/>
              <w:left w:w="110" w:type="dxa"/>
              <w:bottom w:w="80" w:type="dxa"/>
              <w:right w:w="110" w:type="dxa"/>
            </w:tcMar>
            <w:vAlign w:val="center"/>
          </w:tcPr>
          <w:p w14:paraId="0D90D525"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084D9EA6"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24CBF9BF"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4038CF65"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5E791DF5"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677F3471"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160BB73C"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5A8126A7" w14:textId="77777777" w:rsidR="00E40AB1" w:rsidRDefault="00585EEB">
            <w:pPr>
              <w:spacing w:after="0" w:line="240" w:lineRule="auto"/>
            </w:pPr>
            <w:r>
              <w:rPr>
                <w:sz w:val="14"/>
              </w:rPr>
              <w:t>[DILIGENCIAR]</w:t>
            </w:r>
          </w:p>
        </w:tc>
      </w:tr>
      <w:tr w:rsidR="00E40AB1" w14:paraId="0F6D78AD" w14:textId="77777777">
        <w:trPr>
          <w:cantSplit/>
          <w:jc w:val="center"/>
        </w:trPr>
        <w:tc>
          <w:tcPr>
            <w:tcW w:w="550" w:type="dxa"/>
            <w:shd w:val="clear" w:color="auto" w:fill="E8EEF0"/>
            <w:tcMar>
              <w:top w:w="80" w:type="dxa"/>
              <w:left w:w="110" w:type="dxa"/>
              <w:bottom w:w="80" w:type="dxa"/>
              <w:right w:w="110" w:type="dxa"/>
            </w:tcMar>
            <w:vAlign w:val="center"/>
          </w:tcPr>
          <w:p w14:paraId="5A88F809" w14:textId="77777777" w:rsidR="00E40AB1" w:rsidRDefault="00585EEB">
            <w:pPr>
              <w:spacing w:after="0" w:line="240" w:lineRule="auto"/>
              <w:jc w:val="center"/>
            </w:pPr>
            <w:r>
              <w:rPr>
                <w:sz w:val="14"/>
              </w:rPr>
              <w:t>4</w:t>
            </w:r>
          </w:p>
        </w:tc>
        <w:tc>
          <w:tcPr>
            <w:tcW w:w="1600" w:type="dxa"/>
            <w:shd w:val="clear" w:color="auto" w:fill="FFF4C2"/>
            <w:tcMar>
              <w:top w:w="80" w:type="dxa"/>
              <w:left w:w="110" w:type="dxa"/>
              <w:bottom w:w="80" w:type="dxa"/>
              <w:right w:w="110" w:type="dxa"/>
            </w:tcMar>
            <w:vAlign w:val="center"/>
          </w:tcPr>
          <w:p w14:paraId="53A049C2"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473A852C"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2B13BFD4"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2FB2EF80"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7E9ABFE9"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11C1599D"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41979B33"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7029D216" w14:textId="77777777" w:rsidR="00E40AB1" w:rsidRDefault="00585EEB">
            <w:pPr>
              <w:spacing w:after="0" w:line="240" w:lineRule="auto"/>
            </w:pPr>
            <w:r>
              <w:rPr>
                <w:sz w:val="14"/>
              </w:rPr>
              <w:t>[DILIGENCIAR]</w:t>
            </w:r>
          </w:p>
        </w:tc>
      </w:tr>
    </w:tbl>
    <w:p w14:paraId="75BB40DD" w14:textId="6E1FB6B5" w:rsidR="00E40AB1" w:rsidRDefault="00585EEB">
      <w:pPr>
        <w:pStyle w:val="Ttulo1"/>
      </w:pPr>
      <w:r>
        <w:t xml:space="preserve">3. </w:t>
      </w:r>
      <w:r w:rsidR="00B07E26">
        <w:t>xxx</w:t>
      </w:r>
    </w:p>
    <w:tbl>
      <w:tblPr>
        <w:tblStyle w:val="Tablaconcuadrcula"/>
        <w:tblW w:w="14112" w:type="dxa"/>
        <w:jc w:val="center"/>
        <w:tblLayout w:type="fixed"/>
        <w:tblLook w:val="04A0" w:firstRow="1" w:lastRow="0" w:firstColumn="1" w:lastColumn="0" w:noHBand="0" w:noVBand="1"/>
      </w:tblPr>
      <w:tblGrid>
        <w:gridCol w:w="550"/>
        <w:gridCol w:w="1600"/>
        <w:gridCol w:w="2800"/>
        <w:gridCol w:w="2000"/>
        <w:gridCol w:w="1050"/>
        <w:gridCol w:w="1050"/>
        <w:gridCol w:w="1000"/>
        <w:gridCol w:w="1800"/>
        <w:gridCol w:w="2262"/>
      </w:tblGrid>
      <w:tr w:rsidR="00E40AB1" w14:paraId="0584C9E7" w14:textId="77777777">
        <w:trPr>
          <w:cantSplit/>
          <w:tblHeader/>
          <w:jc w:val="center"/>
        </w:trPr>
        <w:tc>
          <w:tcPr>
            <w:tcW w:w="550" w:type="dxa"/>
            <w:shd w:val="clear" w:color="auto" w:fill="234E52"/>
            <w:tcMar>
              <w:top w:w="80" w:type="dxa"/>
              <w:left w:w="110" w:type="dxa"/>
              <w:bottom w:w="80" w:type="dxa"/>
              <w:right w:w="110" w:type="dxa"/>
            </w:tcMar>
            <w:vAlign w:val="center"/>
          </w:tcPr>
          <w:p w14:paraId="2BB44B15" w14:textId="77777777" w:rsidR="00E40AB1" w:rsidRDefault="00585EEB">
            <w:pPr>
              <w:spacing w:after="0" w:line="240" w:lineRule="auto"/>
              <w:jc w:val="center"/>
            </w:pPr>
            <w:r>
              <w:rPr>
                <w:b/>
                <w:color w:val="FFFFFF"/>
                <w:sz w:val="14"/>
              </w:rPr>
              <w:t>N.º</w:t>
            </w:r>
          </w:p>
        </w:tc>
        <w:tc>
          <w:tcPr>
            <w:tcW w:w="1600" w:type="dxa"/>
            <w:shd w:val="clear" w:color="auto" w:fill="234E52"/>
            <w:tcMar>
              <w:top w:w="80" w:type="dxa"/>
              <w:left w:w="110" w:type="dxa"/>
              <w:bottom w:w="80" w:type="dxa"/>
              <w:right w:w="110" w:type="dxa"/>
            </w:tcMar>
            <w:vAlign w:val="center"/>
          </w:tcPr>
          <w:p w14:paraId="3EB13494" w14:textId="77777777" w:rsidR="00E40AB1" w:rsidRDefault="00585EEB">
            <w:pPr>
              <w:spacing w:after="0" w:line="240" w:lineRule="auto"/>
              <w:jc w:val="center"/>
            </w:pPr>
            <w:r>
              <w:rPr>
                <w:b/>
                <w:color w:val="FFFFFF"/>
                <w:sz w:val="14"/>
              </w:rPr>
              <w:t>Contratante</w:t>
            </w:r>
          </w:p>
        </w:tc>
        <w:tc>
          <w:tcPr>
            <w:tcW w:w="2800" w:type="dxa"/>
            <w:shd w:val="clear" w:color="auto" w:fill="234E52"/>
            <w:tcMar>
              <w:top w:w="80" w:type="dxa"/>
              <w:left w:w="110" w:type="dxa"/>
              <w:bottom w:w="80" w:type="dxa"/>
              <w:right w:w="110" w:type="dxa"/>
            </w:tcMar>
            <w:vAlign w:val="center"/>
          </w:tcPr>
          <w:p w14:paraId="2F3AE457" w14:textId="77777777" w:rsidR="00E40AB1" w:rsidRDefault="00585EEB">
            <w:pPr>
              <w:spacing w:after="0" w:line="240" w:lineRule="auto"/>
              <w:jc w:val="center"/>
            </w:pPr>
            <w:r>
              <w:rPr>
                <w:b/>
                <w:color w:val="FFFFFF"/>
                <w:sz w:val="14"/>
              </w:rPr>
              <w:t>Objeto / alcance</w:t>
            </w:r>
          </w:p>
        </w:tc>
        <w:tc>
          <w:tcPr>
            <w:tcW w:w="2000" w:type="dxa"/>
            <w:shd w:val="clear" w:color="auto" w:fill="234E52"/>
            <w:tcMar>
              <w:top w:w="80" w:type="dxa"/>
              <w:left w:w="110" w:type="dxa"/>
              <w:bottom w:w="80" w:type="dxa"/>
              <w:right w:w="110" w:type="dxa"/>
            </w:tcMar>
            <w:vAlign w:val="center"/>
          </w:tcPr>
          <w:p w14:paraId="01569787" w14:textId="77777777" w:rsidR="00E40AB1" w:rsidRDefault="00585EEB">
            <w:pPr>
              <w:spacing w:after="0" w:line="240" w:lineRule="auto"/>
              <w:jc w:val="center"/>
            </w:pPr>
            <w:r>
              <w:rPr>
                <w:b/>
                <w:color w:val="FFFFFF"/>
                <w:sz w:val="14"/>
              </w:rPr>
              <w:t>Cargo y funciones</w:t>
            </w:r>
          </w:p>
        </w:tc>
        <w:tc>
          <w:tcPr>
            <w:tcW w:w="1050" w:type="dxa"/>
            <w:shd w:val="clear" w:color="auto" w:fill="234E52"/>
            <w:tcMar>
              <w:top w:w="80" w:type="dxa"/>
              <w:left w:w="110" w:type="dxa"/>
              <w:bottom w:w="80" w:type="dxa"/>
              <w:right w:w="110" w:type="dxa"/>
            </w:tcMar>
            <w:vAlign w:val="center"/>
          </w:tcPr>
          <w:p w14:paraId="71FFD92D" w14:textId="77777777" w:rsidR="00E40AB1" w:rsidRDefault="00585EEB">
            <w:pPr>
              <w:spacing w:after="0" w:line="240" w:lineRule="auto"/>
              <w:jc w:val="center"/>
            </w:pPr>
            <w:r>
              <w:rPr>
                <w:b/>
                <w:color w:val="FFFFFF"/>
                <w:sz w:val="14"/>
              </w:rPr>
              <w:t>Inicio</w:t>
            </w:r>
          </w:p>
        </w:tc>
        <w:tc>
          <w:tcPr>
            <w:tcW w:w="1050" w:type="dxa"/>
            <w:shd w:val="clear" w:color="auto" w:fill="234E52"/>
            <w:tcMar>
              <w:top w:w="80" w:type="dxa"/>
              <w:left w:w="110" w:type="dxa"/>
              <w:bottom w:w="80" w:type="dxa"/>
              <w:right w:w="110" w:type="dxa"/>
            </w:tcMar>
            <w:vAlign w:val="center"/>
          </w:tcPr>
          <w:p w14:paraId="7F3B89F5" w14:textId="77777777" w:rsidR="00E40AB1" w:rsidRDefault="00585EEB">
            <w:pPr>
              <w:spacing w:after="0" w:line="240" w:lineRule="auto"/>
              <w:jc w:val="center"/>
            </w:pPr>
            <w:r>
              <w:rPr>
                <w:b/>
                <w:color w:val="FFFFFF"/>
                <w:sz w:val="14"/>
              </w:rPr>
              <w:t>Terminación</w:t>
            </w:r>
          </w:p>
        </w:tc>
        <w:tc>
          <w:tcPr>
            <w:tcW w:w="1000" w:type="dxa"/>
            <w:shd w:val="clear" w:color="auto" w:fill="234E52"/>
            <w:tcMar>
              <w:top w:w="80" w:type="dxa"/>
              <w:left w:w="110" w:type="dxa"/>
              <w:bottom w:w="80" w:type="dxa"/>
              <w:right w:w="110" w:type="dxa"/>
            </w:tcMar>
            <w:vAlign w:val="center"/>
          </w:tcPr>
          <w:p w14:paraId="2A287610" w14:textId="77777777" w:rsidR="00E40AB1" w:rsidRDefault="00585EEB">
            <w:pPr>
              <w:spacing w:after="0" w:line="240" w:lineRule="auto"/>
              <w:jc w:val="center"/>
            </w:pPr>
            <w:r>
              <w:rPr>
                <w:b/>
                <w:color w:val="FFFFFF"/>
                <w:sz w:val="14"/>
              </w:rPr>
              <w:t>Dedicación</w:t>
            </w:r>
          </w:p>
        </w:tc>
        <w:tc>
          <w:tcPr>
            <w:tcW w:w="1800" w:type="dxa"/>
            <w:shd w:val="clear" w:color="auto" w:fill="234E52"/>
            <w:tcMar>
              <w:top w:w="80" w:type="dxa"/>
              <w:left w:w="110" w:type="dxa"/>
              <w:bottom w:w="80" w:type="dxa"/>
              <w:right w:w="110" w:type="dxa"/>
            </w:tcMar>
            <w:vAlign w:val="center"/>
          </w:tcPr>
          <w:p w14:paraId="6D46199A" w14:textId="77777777" w:rsidR="00E40AB1" w:rsidRDefault="00585EEB">
            <w:pPr>
              <w:spacing w:after="0" w:line="240" w:lineRule="auto"/>
              <w:jc w:val="center"/>
            </w:pPr>
            <w:r>
              <w:rPr>
                <w:b/>
                <w:color w:val="FFFFFF"/>
                <w:sz w:val="14"/>
              </w:rPr>
              <w:t>Valor / magnitud</w:t>
            </w:r>
          </w:p>
        </w:tc>
        <w:tc>
          <w:tcPr>
            <w:tcW w:w="2262" w:type="dxa"/>
            <w:shd w:val="clear" w:color="auto" w:fill="234E52"/>
            <w:tcMar>
              <w:top w:w="80" w:type="dxa"/>
              <w:left w:w="110" w:type="dxa"/>
              <w:bottom w:w="80" w:type="dxa"/>
              <w:right w:w="110" w:type="dxa"/>
            </w:tcMar>
            <w:vAlign w:val="center"/>
          </w:tcPr>
          <w:p w14:paraId="35512853" w14:textId="77777777" w:rsidR="00E40AB1" w:rsidRDefault="00585EEB">
            <w:pPr>
              <w:spacing w:after="0" w:line="240" w:lineRule="auto"/>
              <w:jc w:val="center"/>
            </w:pPr>
            <w:r>
              <w:rPr>
                <w:b/>
                <w:color w:val="FFFFFF"/>
                <w:sz w:val="14"/>
              </w:rPr>
              <w:t>Soporte / folios</w:t>
            </w:r>
          </w:p>
        </w:tc>
      </w:tr>
      <w:tr w:rsidR="00E40AB1" w14:paraId="6A97F980" w14:textId="77777777">
        <w:trPr>
          <w:cantSplit/>
          <w:jc w:val="center"/>
        </w:trPr>
        <w:tc>
          <w:tcPr>
            <w:tcW w:w="550" w:type="dxa"/>
            <w:shd w:val="clear" w:color="auto" w:fill="E8EEF0"/>
            <w:tcMar>
              <w:top w:w="80" w:type="dxa"/>
              <w:left w:w="110" w:type="dxa"/>
              <w:bottom w:w="80" w:type="dxa"/>
              <w:right w:w="110" w:type="dxa"/>
            </w:tcMar>
            <w:vAlign w:val="center"/>
          </w:tcPr>
          <w:p w14:paraId="52425CE9" w14:textId="77777777" w:rsidR="00E40AB1" w:rsidRDefault="00585EEB">
            <w:pPr>
              <w:spacing w:after="0" w:line="240" w:lineRule="auto"/>
              <w:jc w:val="center"/>
            </w:pPr>
            <w:r>
              <w:rPr>
                <w:sz w:val="14"/>
              </w:rPr>
              <w:t>1</w:t>
            </w:r>
          </w:p>
        </w:tc>
        <w:tc>
          <w:tcPr>
            <w:tcW w:w="1600" w:type="dxa"/>
            <w:shd w:val="clear" w:color="auto" w:fill="FFF4C2"/>
            <w:tcMar>
              <w:top w:w="80" w:type="dxa"/>
              <w:left w:w="110" w:type="dxa"/>
              <w:bottom w:w="80" w:type="dxa"/>
              <w:right w:w="110" w:type="dxa"/>
            </w:tcMar>
            <w:vAlign w:val="center"/>
          </w:tcPr>
          <w:p w14:paraId="56F3471C"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4DFBEFA9"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55261536"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3108AB42"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349ED95F"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4D05D58C"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73DE3300"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2E576A5B" w14:textId="77777777" w:rsidR="00E40AB1" w:rsidRDefault="00585EEB">
            <w:pPr>
              <w:spacing w:after="0" w:line="240" w:lineRule="auto"/>
            </w:pPr>
            <w:r>
              <w:rPr>
                <w:sz w:val="14"/>
              </w:rPr>
              <w:t>[DILIGENCIAR]</w:t>
            </w:r>
          </w:p>
        </w:tc>
      </w:tr>
      <w:tr w:rsidR="00E40AB1" w14:paraId="1B5A70F0" w14:textId="77777777">
        <w:trPr>
          <w:cantSplit/>
          <w:jc w:val="center"/>
        </w:trPr>
        <w:tc>
          <w:tcPr>
            <w:tcW w:w="550" w:type="dxa"/>
            <w:shd w:val="clear" w:color="auto" w:fill="E8EEF0"/>
            <w:tcMar>
              <w:top w:w="80" w:type="dxa"/>
              <w:left w:w="110" w:type="dxa"/>
              <w:bottom w:w="80" w:type="dxa"/>
              <w:right w:w="110" w:type="dxa"/>
            </w:tcMar>
            <w:vAlign w:val="center"/>
          </w:tcPr>
          <w:p w14:paraId="634B9889" w14:textId="77777777" w:rsidR="00E40AB1" w:rsidRDefault="00585EEB">
            <w:pPr>
              <w:spacing w:after="0" w:line="240" w:lineRule="auto"/>
              <w:jc w:val="center"/>
            </w:pPr>
            <w:r>
              <w:rPr>
                <w:sz w:val="14"/>
              </w:rPr>
              <w:t>2</w:t>
            </w:r>
          </w:p>
        </w:tc>
        <w:tc>
          <w:tcPr>
            <w:tcW w:w="1600" w:type="dxa"/>
            <w:shd w:val="clear" w:color="auto" w:fill="FFF4C2"/>
            <w:tcMar>
              <w:top w:w="80" w:type="dxa"/>
              <w:left w:w="110" w:type="dxa"/>
              <w:bottom w:w="80" w:type="dxa"/>
              <w:right w:w="110" w:type="dxa"/>
            </w:tcMar>
            <w:vAlign w:val="center"/>
          </w:tcPr>
          <w:p w14:paraId="6627B554"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1C64577F"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507D5FE7"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74D506AB"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2B6DC196"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2CA86DE3"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548C6180"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288542A5" w14:textId="77777777" w:rsidR="00E40AB1" w:rsidRDefault="00585EEB">
            <w:pPr>
              <w:spacing w:after="0" w:line="240" w:lineRule="auto"/>
            </w:pPr>
            <w:r>
              <w:rPr>
                <w:sz w:val="14"/>
              </w:rPr>
              <w:t>[DILIGENCIAR]</w:t>
            </w:r>
          </w:p>
        </w:tc>
      </w:tr>
      <w:tr w:rsidR="00E40AB1" w14:paraId="11D1FAFD" w14:textId="77777777">
        <w:trPr>
          <w:cantSplit/>
          <w:jc w:val="center"/>
        </w:trPr>
        <w:tc>
          <w:tcPr>
            <w:tcW w:w="550" w:type="dxa"/>
            <w:shd w:val="clear" w:color="auto" w:fill="E8EEF0"/>
            <w:tcMar>
              <w:top w:w="80" w:type="dxa"/>
              <w:left w:w="110" w:type="dxa"/>
              <w:bottom w:w="80" w:type="dxa"/>
              <w:right w:w="110" w:type="dxa"/>
            </w:tcMar>
            <w:vAlign w:val="center"/>
          </w:tcPr>
          <w:p w14:paraId="77AB551E" w14:textId="77777777" w:rsidR="00E40AB1" w:rsidRDefault="00585EEB">
            <w:pPr>
              <w:spacing w:after="0" w:line="240" w:lineRule="auto"/>
              <w:jc w:val="center"/>
            </w:pPr>
            <w:r>
              <w:rPr>
                <w:sz w:val="14"/>
              </w:rPr>
              <w:t>3</w:t>
            </w:r>
          </w:p>
        </w:tc>
        <w:tc>
          <w:tcPr>
            <w:tcW w:w="1600" w:type="dxa"/>
            <w:shd w:val="clear" w:color="auto" w:fill="FFF4C2"/>
            <w:tcMar>
              <w:top w:w="80" w:type="dxa"/>
              <w:left w:w="110" w:type="dxa"/>
              <w:bottom w:w="80" w:type="dxa"/>
              <w:right w:w="110" w:type="dxa"/>
            </w:tcMar>
            <w:vAlign w:val="center"/>
          </w:tcPr>
          <w:p w14:paraId="02ED4701"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63C9A271"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4969A1EB"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74758F2E"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5D02DD9B"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51FC73ED"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5CF82529"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36B67C79" w14:textId="77777777" w:rsidR="00E40AB1" w:rsidRDefault="00585EEB">
            <w:pPr>
              <w:spacing w:after="0" w:line="240" w:lineRule="auto"/>
            </w:pPr>
            <w:r>
              <w:rPr>
                <w:sz w:val="14"/>
              </w:rPr>
              <w:t>[DILIGENCIAR]</w:t>
            </w:r>
          </w:p>
        </w:tc>
      </w:tr>
      <w:tr w:rsidR="00E40AB1" w14:paraId="3D491759" w14:textId="77777777">
        <w:trPr>
          <w:cantSplit/>
          <w:jc w:val="center"/>
        </w:trPr>
        <w:tc>
          <w:tcPr>
            <w:tcW w:w="550" w:type="dxa"/>
            <w:shd w:val="clear" w:color="auto" w:fill="E8EEF0"/>
            <w:tcMar>
              <w:top w:w="80" w:type="dxa"/>
              <w:left w:w="110" w:type="dxa"/>
              <w:bottom w:w="80" w:type="dxa"/>
              <w:right w:w="110" w:type="dxa"/>
            </w:tcMar>
            <w:vAlign w:val="center"/>
          </w:tcPr>
          <w:p w14:paraId="3F9664E5" w14:textId="77777777" w:rsidR="00E40AB1" w:rsidRDefault="00585EEB">
            <w:pPr>
              <w:spacing w:after="0" w:line="240" w:lineRule="auto"/>
              <w:jc w:val="center"/>
            </w:pPr>
            <w:r>
              <w:rPr>
                <w:sz w:val="14"/>
              </w:rPr>
              <w:t>4</w:t>
            </w:r>
          </w:p>
        </w:tc>
        <w:tc>
          <w:tcPr>
            <w:tcW w:w="1600" w:type="dxa"/>
            <w:shd w:val="clear" w:color="auto" w:fill="FFF4C2"/>
            <w:tcMar>
              <w:top w:w="80" w:type="dxa"/>
              <w:left w:w="110" w:type="dxa"/>
              <w:bottom w:w="80" w:type="dxa"/>
              <w:right w:w="110" w:type="dxa"/>
            </w:tcMar>
            <w:vAlign w:val="center"/>
          </w:tcPr>
          <w:p w14:paraId="07A98CBF" w14:textId="77777777" w:rsidR="00E40AB1" w:rsidRDefault="00585EEB">
            <w:pPr>
              <w:spacing w:after="0" w:line="240" w:lineRule="auto"/>
            </w:pPr>
            <w:r>
              <w:rPr>
                <w:sz w:val="14"/>
              </w:rPr>
              <w:t>[DILIGENCIAR]</w:t>
            </w:r>
          </w:p>
        </w:tc>
        <w:tc>
          <w:tcPr>
            <w:tcW w:w="2800" w:type="dxa"/>
            <w:shd w:val="clear" w:color="auto" w:fill="FFF4C2"/>
            <w:tcMar>
              <w:top w:w="80" w:type="dxa"/>
              <w:left w:w="110" w:type="dxa"/>
              <w:bottom w:w="80" w:type="dxa"/>
              <w:right w:w="110" w:type="dxa"/>
            </w:tcMar>
            <w:vAlign w:val="center"/>
          </w:tcPr>
          <w:p w14:paraId="0E892FEA" w14:textId="77777777" w:rsidR="00E40AB1" w:rsidRDefault="00585EEB">
            <w:pPr>
              <w:spacing w:after="0" w:line="240" w:lineRule="auto"/>
            </w:pPr>
            <w:r>
              <w:rPr>
                <w:sz w:val="14"/>
              </w:rPr>
              <w:t>[DILIGENCIAR]</w:t>
            </w:r>
          </w:p>
        </w:tc>
        <w:tc>
          <w:tcPr>
            <w:tcW w:w="2000" w:type="dxa"/>
            <w:shd w:val="clear" w:color="auto" w:fill="FFF4C2"/>
            <w:tcMar>
              <w:top w:w="80" w:type="dxa"/>
              <w:left w:w="110" w:type="dxa"/>
              <w:bottom w:w="80" w:type="dxa"/>
              <w:right w:w="110" w:type="dxa"/>
            </w:tcMar>
            <w:vAlign w:val="center"/>
          </w:tcPr>
          <w:p w14:paraId="3FFFE426" w14:textId="77777777" w:rsidR="00E40AB1" w:rsidRDefault="00585EEB">
            <w:pPr>
              <w:spacing w:after="0" w:line="240" w:lineRule="auto"/>
            </w:pPr>
            <w:r>
              <w:rPr>
                <w:sz w:val="14"/>
              </w:rPr>
              <w:t>[DILIGENCIAR]</w:t>
            </w:r>
          </w:p>
        </w:tc>
        <w:tc>
          <w:tcPr>
            <w:tcW w:w="1050" w:type="dxa"/>
            <w:shd w:val="clear" w:color="auto" w:fill="FFF4C2"/>
            <w:tcMar>
              <w:top w:w="80" w:type="dxa"/>
              <w:left w:w="110" w:type="dxa"/>
              <w:bottom w:w="80" w:type="dxa"/>
              <w:right w:w="110" w:type="dxa"/>
            </w:tcMar>
            <w:vAlign w:val="center"/>
          </w:tcPr>
          <w:p w14:paraId="56E04BDD" w14:textId="77777777" w:rsidR="00E40AB1" w:rsidRDefault="00585EEB">
            <w:pPr>
              <w:spacing w:after="0" w:line="240" w:lineRule="auto"/>
            </w:pPr>
            <w:r>
              <w:rPr>
                <w:sz w:val="14"/>
              </w:rPr>
              <w:t>[FECHA]</w:t>
            </w:r>
          </w:p>
        </w:tc>
        <w:tc>
          <w:tcPr>
            <w:tcW w:w="1050" w:type="dxa"/>
            <w:shd w:val="clear" w:color="auto" w:fill="FFF4C2"/>
            <w:tcMar>
              <w:top w:w="80" w:type="dxa"/>
              <w:left w:w="110" w:type="dxa"/>
              <w:bottom w:w="80" w:type="dxa"/>
              <w:right w:w="110" w:type="dxa"/>
            </w:tcMar>
            <w:vAlign w:val="center"/>
          </w:tcPr>
          <w:p w14:paraId="75CB30C1" w14:textId="77777777" w:rsidR="00E40AB1" w:rsidRDefault="00585EEB">
            <w:pPr>
              <w:spacing w:after="0" w:line="240" w:lineRule="auto"/>
            </w:pPr>
            <w:r>
              <w:rPr>
                <w:sz w:val="14"/>
              </w:rPr>
              <w:t>[FECHA]</w:t>
            </w:r>
          </w:p>
        </w:tc>
        <w:tc>
          <w:tcPr>
            <w:tcW w:w="1000" w:type="dxa"/>
            <w:shd w:val="clear" w:color="auto" w:fill="FFF4C2"/>
            <w:tcMar>
              <w:top w:w="80" w:type="dxa"/>
              <w:left w:w="110" w:type="dxa"/>
              <w:bottom w:w="80" w:type="dxa"/>
              <w:right w:w="110" w:type="dxa"/>
            </w:tcMar>
            <w:vAlign w:val="center"/>
          </w:tcPr>
          <w:p w14:paraId="0F1A434B" w14:textId="77777777" w:rsidR="00E40AB1" w:rsidRDefault="00585EEB">
            <w:pPr>
              <w:spacing w:after="0" w:line="240" w:lineRule="auto"/>
            </w:pPr>
            <w:r>
              <w:rPr>
                <w:sz w:val="14"/>
              </w:rPr>
              <w:t>[ ] %</w:t>
            </w:r>
          </w:p>
        </w:tc>
        <w:tc>
          <w:tcPr>
            <w:tcW w:w="1800" w:type="dxa"/>
            <w:shd w:val="clear" w:color="auto" w:fill="FFF4C2"/>
            <w:tcMar>
              <w:top w:w="80" w:type="dxa"/>
              <w:left w:w="110" w:type="dxa"/>
              <w:bottom w:w="80" w:type="dxa"/>
              <w:right w:w="110" w:type="dxa"/>
            </w:tcMar>
            <w:vAlign w:val="center"/>
          </w:tcPr>
          <w:p w14:paraId="7D944C5D" w14:textId="77777777" w:rsidR="00E40AB1" w:rsidRDefault="00585EEB">
            <w:pPr>
              <w:spacing w:after="0" w:line="240" w:lineRule="auto"/>
            </w:pPr>
            <w:r>
              <w:rPr>
                <w:sz w:val="14"/>
              </w:rPr>
              <w:t>[DILIGENCIAR]</w:t>
            </w:r>
          </w:p>
        </w:tc>
        <w:tc>
          <w:tcPr>
            <w:tcW w:w="2262" w:type="dxa"/>
            <w:shd w:val="clear" w:color="auto" w:fill="FFF4C2"/>
            <w:tcMar>
              <w:top w:w="80" w:type="dxa"/>
              <w:left w:w="110" w:type="dxa"/>
              <w:bottom w:w="80" w:type="dxa"/>
              <w:right w:w="110" w:type="dxa"/>
            </w:tcMar>
            <w:vAlign w:val="center"/>
          </w:tcPr>
          <w:p w14:paraId="3D428DDC" w14:textId="77777777" w:rsidR="00E40AB1" w:rsidRDefault="00585EEB">
            <w:pPr>
              <w:spacing w:after="0" w:line="240" w:lineRule="auto"/>
            </w:pPr>
            <w:r>
              <w:rPr>
                <w:sz w:val="14"/>
              </w:rPr>
              <w:t>[DILIGENCIAR]</w:t>
            </w:r>
          </w:p>
        </w:tc>
      </w:tr>
    </w:tbl>
    <w:p w14:paraId="381196C9" w14:textId="77777777" w:rsidR="00E40AB1" w:rsidRDefault="00585EEB">
      <w:pPr>
        <w:jc w:val="both"/>
      </w:pPr>
      <w:r>
        <w:lastRenderedPageBreak/>
        <w:t>El proponente declara que los contratos y funciones relacionados son adicionales y cumplen las condiciones de puntuación establecidas en los Términos de Referencia.</w:t>
      </w:r>
    </w:p>
    <w:p w14:paraId="15D2749D" w14:textId="77777777" w:rsidR="00E40AB1" w:rsidRDefault="00585EEB">
      <w:pPr>
        <w:pStyle w:val="Ttulo1"/>
      </w:pPr>
      <w:r>
        <w:t>Firma(s)</w:t>
      </w:r>
    </w:p>
    <w:tbl>
      <w:tblPr>
        <w:tblStyle w:val="Tablaconcuadrcula"/>
        <w:tblW w:w="9360" w:type="dxa"/>
        <w:jc w:val="center"/>
        <w:tblLayout w:type="fixed"/>
        <w:tblLook w:val="04A0" w:firstRow="1" w:lastRow="0" w:firstColumn="1" w:lastColumn="0" w:noHBand="0" w:noVBand="1"/>
      </w:tblPr>
      <w:tblGrid>
        <w:gridCol w:w="1500"/>
        <w:gridCol w:w="3200"/>
        <w:gridCol w:w="1500"/>
        <w:gridCol w:w="3160"/>
      </w:tblGrid>
      <w:tr w:rsidR="00E40AB1" w14:paraId="4A09B77C" w14:textId="77777777">
        <w:trPr>
          <w:cantSplit/>
          <w:jc w:val="center"/>
        </w:trPr>
        <w:tc>
          <w:tcPr>
            <w:tcW w:w="1500" w:type="dxa"/>
            <w:shd w:val="clear" w:color="auto" w:fill="E8EEF0"/>
            <w:tcMar>
              <w:top w:w="80" w:type="dxa"/>
              <w:left w:w="110" w:type="dxa"/>
              <w:bottom w:w="80" w:type="dxa"/>
              <w:right w:w="110" w:type="dxa"/>
            </w:tcMar>
            <w:vAlign w:val="center"/>
          </w:tcPr>
          <w:p w14:paraId="45D06B79" w14:textId="77777777" w:rsidR="00E40AB1" w:rsidRDefault="00585EEB">
            <w:pPr>
              <w:spacing w:after="0" w:line="240" w:lineRule="auto"/>
            </w:pPr>
            <w:r>
              <w:rPr>
                <w:b/>
                <w:color w:val="163A3A"/>
                <w:sz w:val="16"/>
              </w:rPr>
              <w:t>Nombre</w:t>
            </w:r>
          </w:p>
        </w:tc>
        <w:tc>
          <w:tcPr>
            <w:tcW w:w="3200" w:type="dxa"/>
            <w:shd w:val="clear" w:color="auto" w:fill="FFF4C2"/>
            <w:tcMar>
              <w:top w:w="80" w:type="dxa"/>
              <w:left w:w="110" w:type="dxa"/>
              <w:bottom w:w="80" w:type="dxa"/>
              <w:right w:w="110" w:type="dxa"/>
            </w:tcMar>
            <w:vAlign w:val="center"/>
          </w:tcPr>
          <w:p w14:paraId="67B7E2E3" w14:textId="77777777" w:rsidR="00E40AB1" w:rsidRDefault="00585EEB">
            <w:pPr>
              <w:spacing w:after="0" w:line="240" w:lineRule="auto"/>
            </w:pPr>
            <w:r>
              <w:rPr>
                <w:sz w:val="16"/>
              </w:rPr>
              <w:t>[DILIGENCIAR]</w:t>
            </w:r>
          </w:p>
        </w:tc>
        <w:tc>
          <w:tcPr>
            <w:tcW w:w="1500" w:type="dxa"/>
            <w:shd w:val="clear" w:color="auto" w:fill="E8EEF0"/>
            <w:tcMar>
              <w:top w:w="80" w:type="dxa"/>
              <w:left w:w="110" w:type="dxa"/>
              <w:bottom w:w="80" w:type="dxa"/>
              <w:right w:w="110" w:type="dxa"/>
            </w:tcMar>
            <w:vAlign w:val="center"/>
          </w:tcPr>
          <w:p w14:paraId="148807D1" w14:textId="77777777" w:rsidR="00E40AB1" w:rsidRDefault="00585EEB">
            <w:pPr>
              <w:spacing w:after="0" w:line="240" w:lineRule="auto"/>
            </w:pPr>
            <w:r>
              <w:rPr>
                <w:b/>
                <w:color w:val="163A3A"/>
                <w:sz w:val="16"/>
              </w:rPr>
              <w:t>Documento</w:t>
            </w:r>
          </w:p>
        </w:tc>
        <w:tc>
          <w:tcPr>
            <w:tcW w:w="3160" w:type="dxa"/>
            <w:shd w:val="clear" w:color="auto" w:fill="FFF4C2"/>
            <w:tcMar>
              <w:top w:w="80" w:type="dxa"/>
              <w:left w:w="110" w:type="dxa"/>
              <w:bottom w:w="80" w:type="dxa"/>
              <w:right w:w="110" w:type="dxa"/>
            </w:tcMar>
            <w:vAlign w:val="center"/>
          </w:tcPr>
          <w:p w14:paraId="41A09F3D" w14:textId="77777777" w:rsidR="00E40AB1" w:rsidRDefault="00585EEB">
            <w:pPr>
              <w:spacing w:after="0" w:line="240" w:lineRule="auto"/>
            </w:pPr>
            <w:r>
              <w:rPr>
                <w:sz w:val="16"/>
              </w:rPr>
              <w:t>[DILIGENCIAR]</w:t>
            </w:r>
          </w:p>
        </w:tc>
      </w:tr>
      <w:tr w:rsidR="00E40AB1" w14:paraId="31F4248A" w14:textId="77777777">
        <w:trPr>
          <w:cantSplit/>
          <w:jc w:val="center"/>
        </w:trPr>
        <w:tc>
          <w:tcPr>
            <w:tcW w:w="1500" w:type="dxa"/>
            <w:shd w:val="clear" w:color="auto" w:fill="E8EEF0"/>
            <w:tcMar>
              <w:top w:w="80" w:type="dxa"/>
              <w:left w:w="110" w:type="dxa"/>
              <w:bottom w:w="80" w:type="dxa"/>
              <w:right w:w="110" w:type="dxa"/>
            </w:tcMar>
            <w:vAlign w:val="center"/>
          </w:tcPr>
          <w:p w14:paraId="71D0DF18" w14:textId="77777777" w:rsidR="00E40AB1" w:rsidRDefault="00585EEB">
            <w:pPr>
              <w:spacing w:after="0" w:line="240" w:lineRule="auto"/>
            </w:pPr>
            <w:r>
              <w:rPr>
                <w:b/>
                <w:color w:val="163A3A"/>
                <w:sz w:val="16"/>
              </w:rPr>
              <w:t>Cargo / calidad</w:t>
            </w:r>
          </w:p>
        </w:tc>
        <w:tc>
          <w:tcPr>
            <w:tcW w:w="3200" w:type="dxa"/>
            <w:shd w:val="clear" w:color="auto" w:fill="FFF4C2"/>
            <w:tcMar>
              <w:top w:w="80" w:type="dxa"/>
              <w:left w:w="110" w:type="dxa"/>
              <w:bottom w:w="80" w:type="dxa"/>
              <w:right w:w="110" w:type="dxa"/>
            </w:tcMar>
            <w:vAlign w:val="center"/>
          </w:tcPr>
          <w:p w14:paraId="750B8DC2" w14:textId="77777777" w:rsidR="00E40AB1" w:rsidRDefault="00585EEB">
            <w:pPr>
              <w:spacing w:after="0" w:line="240" w:lineRule="auto"/>
            </w:pPr>
            <w:r>
              <w:rPr>
                <w:sz w:val="16"/>
              </w:rPr>
              <w:t>[DILIGENCIAR]</w:t>
            </w:r>
          </w:p>
        </w:tc>
        <w:tc>
          <w:tcPr>
            <w:tcW w:w="1500" w:type="dxa"/>
            <w:shd w:val="clear" w:color="auto" w:fill="E8EEF0"/>
            <w:tcMar>
              <w:top w:w="80" w:type="dxa"/>
              <w:left w:w="110" w:type="dxa"/>
              <w:bottom w:w="80" w:type="dxa"/>
              <w:right w:w="110" w:type="dxa"/>
            </w:tcMar>
            <w:vAlign w:val="center"/>
          </w:tcPr>
          <w:p w14:paraId="574A36FF" w14:textId="77777777" w:rsidR="00E40AB1" w:rsidRDefault="00585EEB">
            <w:pPr>
              <w:spacing w:after="0" w:line="240" w:lineRule="auto"/>
            </w:pPr>
            <w:r>
              <w:rPr>
                <w:b/>
                <w:color w:val="163A3A"/>
                <w:sz w:val="16"/>
              </w:rPr>
              <w:t>Fecha</w:t>
            </w:r>
          </w:p>
        </w:tc>
        <w:tc>
          <w:tcPr>
            <w:tcW w:w="3160" w:type="dxa"/>
            <w:shd w:val="clear" w:color="auto" w:fill="FFF4C2"/>
            <w:tcMar>
              <w:top w:w="80" w:type="dxa"/>
              <w:left w:w="110" w:type="dxa"/>
              <w:bottom w:w="80" w:type="dxa"/>
              <w:right w:w="110" w:type="dxa"/>
            </w:tcMar>
            <w:vAlign w:val="center"/>
          </w:tcPr>
          <w:p w14:paraId="552CC7A7" w14:textId="77777777" w:rsidR="00E40AB1" w:rsidRDefault="00585EEB">
            <w:pPr>
              <w:spacing w:after="0" w:line="240" w:lineRule="auto"/>
            </w:pPr>
            <w:r>
              <w:rPr>
                <w:sz w:val="16"/>
              </w:rPr>
              <w:t>[DILIGENCIAR]</w:t>
            </w:r>
          </w:p>
        </w:tc>
      </w:tr>
      <w:tr w:rsidR="00E40AB1" w14:paraId="3391660F" w14:textId="77777777">
        <w:trPr>
          <w:cantSplit/>
          <w:jc w:val="center"/>
        </w:trPr>
        <w:tc>
          <w:tcPr>
            <w:tcW w:w="1500" w:type="dxa"/>
            <w:shd w:val="clear" w:color="auto" w:fill="E8EEF0"/>
            <w:tcMar>
              <w:top w:w="80" w:type="dxa"/>
              <w:left w:w="110" w:type="dxa"/>
              <w:bottom w:w="80" w:type="dxa"/>
              <w:right w:w="110" w:type="dxa"/>
            </w:tcMar>
            <w:vAlign w:val="center"/>
          </w:tcPr>
          <w:p w14:paraId="7E2A97EC" w14:textId="77777777" w:rsidR="00E40AB1" w:rsidRDefault="00585EEB">
            <w:pPr>
              <w:spacing w:after="0" w:line="240" w:lineRule="auto"/>
            </w:pPr>
            <w:r>
              <w:rPr>
                <w:b/>
                <w:color w:val="163A3A"/>
                <w:sz w:val="16"/>
              </w:rPr>
              <w:t>Firma</w:t>
            </w:r>
          </w:p>
        </w:tc>
        <w:tc>
          <w:tcPr>
            <w:tcW w:w="3200" w:type="dxa"/>
            <w:shd w:val="clear" w:color="auto" w:fill="FFF4C2"/>
            <w:tcMar>
              <w:top w:w="80" w:type="dxa"/>
              <w:left w:w="110" w:type="dxa"/>
              <w:bottom w:w="80" w:type="dxa"/>
              <w:right w:w="110" w:type="dxa"/>
            </w:tcMar>
            <w:vAlign w:val="center"/>
          </w:tcPr>
          <w:p w14:paraId="4313381D" w14:textId="77777777" w:rsidR="00E40AB1" w:rsidRDefault="00E40AB1">
            <w:pPr>
              <w:spacing w:after="0" w:line="240" w:lineRule="auto"/>
            </w:pPr>
          </w:p>
        </w:tc>
        <w:tc>
          <w:tcPr>
            <w:tcW w:w="1500" w:type="dxa"/>
            <w:shd w:val="clear" w:color="auto" w:fill="E8EEF0"/>
            <w:tcMar>
              <w:top w:w="80" w:type="dxa"/>
              <w:left w:w="110" w:type="dxa"/>
              <w:bottom w:w="80" w:type="dxa"/>
              <w:right w:w="110" w:type="dxa"/>
            </w:tcMar>
            <w:vAlign w:val="center"/>
          </w:tcPr>
          <w:p w14:paraId="535C8248" w14:textId="77777777" w:rsidR="00E40AB1" w:rsidRDefault="00585EEB">
            <w:pPr>
              <w:spacing w:after="0" w:line="240" w:lineRule="auto"/>
            </w:pPr>
            <w:r>
              <w:rPr>
                <w:b/>
                <w:color w:val="163A3A"/>
                <w:sz w:val="16"/>
              </w:rPr>
              <w:t>Correo / teléfono</w:t>
            </w:r>
          </w:p>
        </w:tc>
        <w:tc>
          <w:tcPr>
            <w:tcW w:w="3160" w:type="dxa"/>
            <w:shd w:val="clear" w:color="auto" w:fill="FFF4C2"/>
            <w:tcMar>
              <w:top w:w="80" w:type="dxa"/>
              <w:left w:w="110" w:type="dxa"/>
              <w:bottom w:w="80" w:type="dxa"/>
              <w:right w:w="110" w:type="dxa"/>
            </w:tcMar>
            <w:vAlign w:val="center"/>
          </w:tcPr>
          <w:p w14:paraId="1EFEE484" w14:textId="77777777" w:rsidR="00E40AB1" w:rsidRDefault="00585EEB">
            <w:pPr>
              <w:spacing w:after="0" w:line="240" w:lineRule="auto"/>
            </w:pPr>
            <w:r>
              <w:rPr>
                <w:sz w:val="16"/>
              </w:rPr>
              <w:t>[DILIGENCIAR]</w:t>
            </w:r>
          </w:p>
        </w:tc>
      </w:tr>
    </w:tbl>
    <w:p w14:paraId="59EF15C9" w14:textId="77777777" w:rsidR="00585EEB" w:rsidRDefault="00585EEB"/>
    <w:sectPr w:rsidR="00585EEB" w:rsidSect="00034616">
      <w:headerReference w:type="default" r:id="rId8"/>
      <w:footerReference w:type="default" r:id="rId9"/>
      <w:pgSz w:w="15840" w:h="12240" w:orient="landscape"/>
      <w:pgMar w:top="792" w:right="864" w:bottom="792" w:left="864"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E08E7" w14:textId="77777777" w:rsidR="00585EEB" w:rsidRDefault="00585EEB">
      <w:pPr>
        <w:spacing w:after="0" w:line="240" w:lineRule="auto"/>
      </w:pPr>
      <w:r>
        <w:separator/>
      </w:r>
    </w:p>
  </w:endnote>
  <w:endnote w:type="continuationSeparator" w:id="0">
    <w:p w14:paraId="08BA692A" w14:textId="77777777" w:rsidR="00585EEB" w:rsidRDefault="00585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B7F1" w14:textId="4239DE01" w:rsidR="00E40AB1" w:rsidRDefault="00585EEB">
    <w:pPr>
      <w:pStyle w:val="Piedepgina"/>
      <w:jc w:val="right"/>
    </w:pPr>
    <w:r>
      <w:rPr>
        <w:color w:val="52716F"/>
        <w:sz w:val="15"/>
      </w:rPr>
      <w:t xml:space="preserve">Página </w:t>
    </w:r>
    <w:r>
      <w:fldChar w:fldCharType="begin"/>
    </w:r>
    <w:r>
      <w:instrText>PAGE</w:instrText>
    </w:r>
    <w:r>
      <w:fldChar w:fldCharType="separate"/>
    </w:r>
    <w:r w:rsidR="00B07E2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B9696" w14:textId="77777777" w:rsidR="00585EEB" w:rsidRDefault="00585EEB">
      <w:pPr>
        <w:spacing w:after="0" w:line="240" w:lineRule="auto"/>
      </w:pPr>
      <w:r>
        <w:separator/>
      </w:r>
    </w:p>
  </w:footnote>
  <w:footnote w:type="continuationSeparator" w:id="0">
    <w:p w14:paraId="19E8656E" w14:textId="77777777" w:rsidR="00585EEB" w:rsidRDefault="00585E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892A" w14:textId="77777777" w:rsidR="00E40AB1" w:rsidRDefault="00585EEB">
    <w:pPr>
      <w:pStyle w:val="Encabezado"/>
      <w:jc w:val="center"/>
    </w:pPr>
    <w:r>
      <w:rPr>
        <w:b/>
        <w:color w:val="52716F"/>
        <w:sz w:val="14"/>
      </w:rPr>
      <w:t>EMPRESA PÚBLICA LA PERLA DEL SINÚ S.A.S. E.S.P.  |  INVITACIÓN PÚBLICA No. [DILIGENCIAR POR LA ENTIDAD]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29372944">
    <w:abstractNumId w:val="8"/>
  </w:num>
  <w:num w:numId="2" w16cid:durableId="589199994">
    <w:abstractNumId w:val="6"/>
  </w:num>
  <w:num w:numId="3" w16cid:durableId="1266428285">
    <w:abstractNumId w:val="5"/>
  </w:num>
  <w:num w:numId="4" w16cid:durableId="812602463">
    <w:abstractNumId w:val="4"/>
  </w:num>
  <w:num w:numId="5" w16cid:durableId="1075857379">
    <w:abstractNumId w:val="7"/>
  </w:num>
  <w:num w:numId="6" w16cid:durableId="782192586">
    <w:abstractNumId w:val="3"/>
  </w:num>
  <w:num w:numId="7" w16cid:durableId="706369788">
    <w:abstractNumId w:val="2"/>
  </w:num>
  <w:num w:numId="8" w16cid:durableId="700938194">
    <w:abstractNumId w:val="1"/>
  </w:num>
  <w:num w:numId="9" w16cid:durableId="209493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347F"/>
    <w:rsid w:val="00585EEB"/>
    <w:rsid w:val="00AA1D8D"/>
    <w:rsid w:val="00B07E26"/>
    <w:rsid w:val="00B47730"/>
    <w:rsid w:val="00CB0664"/>
    <w:rsid w:val="00E40A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60239CC-0254-4DE0-A210-4FF11383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color w:val="1F2937"/>
      <w:sz w:val="18"/>
    </w:rPr>
  </w:style>
  <w:style w:type="paragraph" w:styleId="Ttulo1">
    <w:name w:val="heading 1"/>
    <w:basedOn w:val="Normal"/>
    <w:next w:val="Normal"/>
    <w:link w:val="Ttulo1Car"/>
    <w:uiPriority w:val="9"/>
    <w:qFormat/>
    <w:rsid w:val="00FC693F"/>
    <w:pPr>
      <w:keepNext/>
      <w:keepLines/>
      <w:spacing w:before="160"/>
      <w:outlineLvl w:val="0"/>
    </w:pPr>
    <w:rPr>
      <w:rFonts w:asciiTheme="majorHAnsi" w:eastAsiaTheme="majorEastAsia" w:hAnsiTheme="majorHAnsi" w:cstheme="majorBidi"/>
      <w:b/>
      <w:bCs/>
      <w:color w:val="163A3A"/>
      <w:sz w:val="23"/>
      <w:szCs w:val="28"/>
    </w:rPr>
  </w:style>
  <w:style w:type="paragraph" w:styleId="Ttulo2">
    <w:name w:val="heading 2"/>
    <w:basedOn w:val="Normal"/>
    <w:next w:val="Normal"/>
    <w:link w:val="Ttulo2Car"/>
    <w:uiPriority w:val="9"/>
    <w:unhideWhenUsed/>
    <w:qFormat/>
    <w:rsid w:val="00FC693F"/>
    <w:pPr>
      <w:keepNext/>
      <w:keepLines/>
      <w:spacing w:before="160"/>
      <w:outlineLvl w:val="1"/>
    </w:pPr>
    <w:rPr>
      <w:rFonts w:asciiTheme="majorHAnsi" w:eastAsiaTheme="majorEastAsia" w:hAnsiTheme="majorHAnsi" w:cstheme="majorBidi"/>
      <w:b/>
      <w:bCs/>
      <w:color w:val="163A3A"/>
      <w:sz w:val="21"/>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spacing w:after="40" w:line="240" w:lineRule="auto"/>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spacing w:after="40" w:line="240" w:lineRule="auto"/>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8 - EXPERIENCIA ADICIONAL DEL EQUIPO - OFERTA TÉCNICA</dc:title>
  <dc:subject/>
  <dc:creator>Moreno Servicios Legales S.A.S.</dc:creator>
  <cp:keywords/>
  <dc:description>generated by python-docx</dc:description>
  <cp:lastModifiedBy>KATIA MILENA BLANCO IBARRA</cp:lastModifiedBy>
  <cp:revision>2</cp:revision>
  <dcterms:created xsi:type="dcterms:W3CDTF">2013-12-23T23:15:00Z</dcterms:created>
  <dcterms:modified xsi:type="dcterms:W3CDTF">2026-09-02T20:46:00Z</dcterms:modified>
  <cp:category/>
</cp:coreProperties>
</file>