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3 - CONFORMACIÓN DEL PROPONENTE PLURAL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931"/>
        <w:gridCol w:w="1600"/>
        <w:gridCol w:w="2329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EAF4F3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i w:val="0"/>
                <w:color w:val="163A3A"/>
                <w:sz w:val="17"/>
              </w:rPr>
              <w:t xml:space="preserve">Instrucción: </w:t>
            </w:r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Diligencie solamente la sección 3A (consorcio) o 3B (unión temporal). El documento debe estar firmado por todos los integrantes. Los porcentajes deben sumar 100%.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FORMATO 3A - DOCUMENTO DE CONFORMACIÓN DE CONSORCIO</w:t>
      </w: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Los suscritos, debidamente autorizados para actuar en nombre de las personas relacionadas a continuación, manifestamos que hemos convenido constituir el CONSORCIO [NOMBRE], con el fin de presentar oferta, celebrar y ejecutar el contrato derivado del proceso y atender su cierre y liquidación.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1700"/>
        <w:gridCol w:w="1150"/>
        <w:gridCol w:w="3400"/>
        <w:gridCol w:w="1610"/>
      </w:tblGrid>
      <w:tr>
        <w:trPr>
          <w:cantSplit/>
          <w:tblHeader w:val="true"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Integrante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Identificación / NIT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Participación %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Actividades y componentes a cargo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Representante legal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1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2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3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4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TOTAL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</w:tbl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duración del proponente plural será, como mínimo, igual al plazo de ejecución del contrato, su cierre y liquidación, y veinticuatro (24) meses adicionales, sin perjuicio de responsabilidades y garantías de mayor vigencia.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El proponente plural y sus integrantes responderán conforme al artículo 7 de la Ley 80 de 1993 y a las reglas aplicables al proceso. En la unión temporal, las sanciones por incumplimiento se impondrán según la participación en la ejecución, sin perjuicio de la solidaridad respecto de la propuesta y del objeto contratado.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Las actividades y porcentajes aquí señalados no podrán modificarse sin autorización previa y escrita de LA PERLA cuando dicha modificación afecte la oferta, la evaluación o la ejecución.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facturación y el manejo tributario se realizarán a nombre de [DILIGENCIAR], conforme a la normativa y al esquema fiduciario del contrato.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Todos los integrantes declaran conocer y aceptar la oferta, los documentos del proceso, la matriz de riesgos, la minuta y el compromiso anticorrupción.</w:t>
      </w:r>
    </w:p>
    <w:p>
      <w:pPr>
        <w:pStyle w:val="Heading1"/>
        <w:keepNext/>
      </w:pPr>
      <w:r>
        <w:t>Representación y domicilio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6760"/>
      </w:tblGrid>
      <w:tr>
        <w:trPr>
          <w:cantSplit/>
          <w:tblHeader w:val="true"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Información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Representante principal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[NOMBRE, DOCUMENTO, LUGAR DE EXPEDICIÓN Y FACULTADES]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Representante suplente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[NOMBRE, DOCUMENTO, LUGAR DE EXPEDICIÓN Y FACULTADES]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Domicilio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Correo autorizado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Teléfono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Los designados aceptan su nombramiento y quedan facultados para presentar la oferta, atender el proceso, suscribir el contrato, representar al proponente durante su ejecución y cierre, recibir notificaciones y adoptar las decisiones necesarias dentro de las autorizaciones de los integrantes.</w:t>
      </w:r>
    </w:p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800"/>
        <w:gridCol w:w="3500"/>
        <w:gridCol w:w="2500"/>
        <w:gridCol w:w="1560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Integrante / calidad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Nombre y razón social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Documento / NIT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Firma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1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2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3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4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FORMATO 3B - DOCUMENTO DE CONFORMACIÓN DE UNIÓN TEMPORAL</w:t>
      </w: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Los suscritos, debidamente autorizados para actuar en nombre de las personas relacionadas a continuación, manifestamos que hemos convenido constituir el UNIÓN TEMPORAL [NOMBRE], con el fin de presentar oferta, celebrar y ejecutar el contrato derivado del proceso y atender su cierre y liquidación.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1700"/>
        <w:gridCol w:w="1150"/>
        <w:gridCol w:w="3400"/>
        <w:gridCol w:w="1610"/>
      </w:tblGrid>
      <w:tr>
        <w:trPr>
          <w:cantSplit/>
          <w:tblHeader w:val="true"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Integrante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Identificación / NIT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Participación %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Actividades y componentes a cargo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Representante legal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1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2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3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4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TOTAL</w:t>
            </w:r>
          </w:p>
        </w:tc>
        <w:tc>
          <w:tcPr>
            <w:tcW w:type="dxa" w:w="1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1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34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  <w:tc>
          <w:tcPr>
            <w:tcW w:type="dxa" w:w="16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</w:tbl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duración del proponente plural será, como mínimo, igual al plazo de ejecución del contrato, su cierre y liquidación, y veinticuatro (24) meses adicionales, sin perjuicio de responsabilidades y garantías de mayor vigencia.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El proponente plural y sus integrantes responderán conforme al artículo 7 de la Ley 80 de 1993 y a las reglas aplicables al proceso. En la unión temporal, las sanciones por incumplimiento se impondrán según la participación en la ejecución, sin perjuicio de la solidaridad respecto de la propuesta y del objeto contratado.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Las actividades y porcentajes aquí señalados no podrán modificarse sin autorización previa y escrita de LA PERLA cuando dicha modificación afecte la oferta, la evaluación o la ejecución.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facturación y el manejo tributario se realizarán a nombre de [DILIGENCIAR], conforme a la normativa y al esquema fiduciario del contrato.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Todos los integrantes declaran conocer y aceptar la oferta, los documentos del proceso, la matriz de riesgos, la minuta y el compromiso anticorrupción.</w:t>
      </w:r>
    </w:p>
    <w:p>
      <w:pPr>
        <w:pStyle w:val="Heading1"/>
        <w:keepNext/>
      </w:pPr>
      <w:r>
        <w:t>Representación y domicilio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6760"/>
      </w:tblGrid>
      <w:tr>
        <w:trPr>
          <w:cantSplit/>
          <w:tblHeader w:val="true"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Información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Representante principal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[NOMBRE, DOCUMENTO, LUGAR DE EXPEDICIÓN Y FACULTADES]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Representante suplente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[NOMBRE, DOCUMENTO, LUGAR DE EXPEDICIÓN Y FACULTADES]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Domicilio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Correo autorizado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Teléfono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Los designados aceptan su nombramiento y quedan facultados para presentar la oferta, atender el proceso, suscribir el contrato, representar al proponente durante su ejecución y cierre, recibir notificaciones y adoptar las decisiones necesarias dentro de las autorizaciones de los integrantes.</w:t>
      </w:r>
    </w:p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800"/>
        <w:gridCol w:w="3500"/>
        <w:gridCol w:w="2500"/>
        <w:gridCol w:w="1560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Integrante / calidad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Nombre y razón social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Documento / NIT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Firma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1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2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3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Integrante 4</w:t>
            </w:r>
          </w:p>
        </w:tc>
        <w:tc>
          <w:tcPr>
            <w:tcW w:type="dxa" w:w="3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2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15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3 - CONFORMACIÓN DEL PROPONENTE PLURAL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